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4C316" w14:textId="77777777" w:rsidR="00E754C8" w:rsidRDefault="00000000">
      <w:pPr>
        <w:spacing w:before="60" w:after="0"/>
        <w:jc w:val="center"/>
      </w:pPr>
      <w:r>
        <w:rPr>
          <w:noProof/>
        </w:rPr>
        <w:drawing>
          <wp:inline distT="0" distB="0" distL="0" distR="0" wp14:anchorId="0ADAB9D5" wp14:editId="0417E11F">
            <wp:extent cx="630000" cy="63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00" cy="6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D00BB" w14:textId="77777777" w:rsidR="00E754C8" w:rsidRDefault="00000000">
      <w:pPr>
        <w:spacing w:after="0"/>
        <w:jc w:val="center"/>
      </w:pPr>
      <w:r>
        <w:rPr>
          <w:b/>
          <w:sz w:val="20"/>
        </w:rPr>
        <w:t>Mateřská škola a základní škola Sluníčko-Montessori, s.r.o.</w:t>
      </w:r>
    </w:p>
    <w:p w14:paraId="6F01C253" w14:textId="77777777" w:rsidR="00E754C8" w:rsidRDefault="00000000">
      <w:pPr>
        <w:spacing w:after="20"/>
        <w:jc w:val="center"/>
      </w:pPr>
      <w:r>
        <w:rPr>
          <w:color w:val="667270"/>
          <w:sz w:val="17"/>
        </w:rPr>
        <w:t>Šrámkova 14, 638 00 Brno, IČO 25338790</w:t>
      </w:r>
    </w:p>
    <w:p w14:paraId="3188D36E" w14:textId="77777777" w:rsidR="00E754C8" w:rsidRDefault="00000000">
      <w:pPr>
        <w:spacing w:after="100"/>
        <w:jc w:val="center"/>
      </w:pPr>
      <w:r>
        <w:rPr>
          <w:color w:val="667270"/>
          <w:sz w:val="16"/>
        </w:rPr>
        <w:t>pobočka: ZŠ Sluníčko-Montessori, Provázníkova 84, 613 00 Brno</w:t>
      </w:r>
    </w:p>
    <w:p w14:paraId="6923DE60" w14:textId="77777777" w:rsidR="00E754C8" w:rsidRDefault="00000000">
      <w:pPr>
        <w:spacing w:after="20"/>
        <w:jc w:val="center"/>
      </w:pPr>
      <w:r>
        <w:rPr>
          <w:b/>
          <w:color w:val="D89A28"/>
          <w:sz w:val="16"/>
        </w:rPr>
        <w:t>SPRÁVNÍ FORMULÁŘ</w:t>
      </w:r>
    </w:p>
    <w:p w14:paraId="20170AA7" w14:textId="77777777" w:rsidR="00E754C8" w:rsidRDefault="00000000">
      <w:pPr>
        <w:spacing w:after="120"/>
        <w:jc w:val="center"/>
      </w:pPr>
      <w:r>
        <w:rPr>
          <w:b/>
          <w:color w:val="315E5B"/>
          <w:sz w:val="34"/>
        </w:rPr>
        <w:t>Žádost o odklad povinné školní docházky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754C8" w14:paraId="26769D40" w14:textId="77777777"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D89A28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2F007339" w14:textId="77777777" w:rsidR="00E754C8" w:rsidRDefault="00E754C8"/>
        </w:tc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FF5F2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3F512148" w14:textId="77777777" w:rsidR="00E754C8" w:rsidRDefault="00000000">
            <w:pPr>
              <w:spacing w:after="0"/>
            </w:pPr>
            <w:r>
              <w:rPr>
                <w:b/>
                <w:color w:val="315E5B"/>
                <w:sz w:val="22"/>
              </w:rPr>
              <w:t>1. Žadatel – dítě</w:t>
            </w:r>
          </w:p>
        </w:tc>
      </w:tr>
    </w:tbl>
    <w:p w14:paraId="2F7B6EC7" w14:textId="77777777" w:rsidR="00E754C8" w:rsidRDefault="00E754C8">
      <w:pPr>
        <w:spacing w:after="0"/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E754C8" w14:paraId="7DEA476E" w14:textId="77777777"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2D55898F" w14:textId="77777777" w:rsidR="00E754C8" w:rsidRDefault="00000000">
            <w:pPr>
              <w:spacing w:after="0"/>
            </w:pPr>
            <w:r>
              <w:rPr>
                <w:b/>
                <w:color w:val="315E5B"/>
              </w:rPr>
              <w:t>Jméno a příjmení dítěte</w:t>
            </w:r>
          </w:p>
        </w:tc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3782C80E" w14:textId="77777777" w:rsidR="00E754C8" w:rsidRDefault="00E754C8">
            <w:pPr>
              <w:spacing w:after="0"/>
              <w:rPr>
                <w:color w:val="667270"/>
                <w:sz w:val="17"/>
              </w:rPr>
            </w:pPr>
          </w:p>
          <w:p w14:paraId="458AEE71" w14:textId="775B0E2C" w:rsidR="00541561" w:rsidRDefault="00541561">
            <w:pPr>
              <w:spacing w:after="0"/>
            </w:pPr>
          </w:p>
        </w:tc>
      </w:tr>
      <w:tr w:rsidR="00E754C8" w14:paraId="4ACA4D2B" w14:textId="77777777"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FC333C2" w14:textId="77777777" w:rsidR="00E754C8" w:rsidRDefault="00000000">
            <w:pPr>
              <w:spacing w:after="0"/>
            </w:pPr>
            <w:r>
              <w:rPr>
                <w:b/>
                <w:color w:val="315E5B"/>
              </w:rPr>
              <w:t>Datum narození dítěte</w:t>
            </w:r>
          </w:p>
        </w:tc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BD35A4A" w14:textId="77777777" w:rsidR="00E754C8" w:rsidRDefault="00E754C8">
            <w:pPr>
              <w:spacing w:after="0"/>
              <w:rPr>
                <w:color w:val="667270"/>
                <w:sz w:val="17"/>
              </w:rPr>
            </w:pPr>
          </w:p>
          <w:p w14:paraId="1EA5696D" w14:textId="10908AAC" w:rsidR="00541561" w:rsidRDefault="00541561">
            <w:pPr>
              <w:spacing w:after="0"/>
            </w:pPr>
          </w:p>
        </w:tc>
      </w:tr>
      <w:tr w:rsidR="00E754C8" w14:paraId="767DFE1E" w14:textId="77777777"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DFF4AE7" w14:textId="77777777" w:rsidR="00E754C8" w:rsidRDefault="00000000">
            <w:pPr>
              <w:spacing w:after="0"/>
            </w:pPr>
            <w:r>
              <w:rPr>
                <w:b/>
                <w:color w:val="315E5B"/>
              </w:rPr>
              <w:t>Adresa trvalého pobytu</w:t>
            </w:r>
          </w:p>
        </w:tc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290B594" w14:textId="77777777" w:rsidR="00E754C8" w:rsidRDefault="00E754C8">
            <w:pPr>
              <w:spacing w:after="0"/>
              <w:rPr>
                <w:color w:val="667270"/>
                <w:sz w:val="17"/>
              </w:rPr>
            </w:pPr>
          </w:p>
          <w:p w14:paraId="55E9696A" w14:textId="2ED8795B" w:rsidR="00541561" w:rsidRDefault="00541561">
            <w:pPr>
              <w:spacing w:after="0"/>
            </w:pPr>
          </w:p>
        </w:tc>
      </w:tr>
    </w:tbl>
    <w:p w14:paraId="5A8AB357" w14:textId="77777777" w:rsidR="00E754C8" w:rsidRDefault="00000000">
      <w:pPr>
        <w:spacing w:after="60"/>
      </w:pPr>
      <w:r>
        <w:rPr>
          <w:sz w:val="17"/>
        </w:rPr>
        <w:t>Zastoupený zákonným zástupcem – matkou, otcem nebo jinou osobou: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024"/>
        <w:gridCol w:w="656"/>
        <w:gridCol w:w="4680"/>
      </w:tblGrid>
      <w:tr w:rsidR="00E754C8" w14:paraId="0033F8D6" w14:textId="77777777">
        <w:tc>
          <w:tcPr>
            <w:tcW w:w="4024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60F06EC" w14:textId="77777777" w:rsidR="00E754C8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Vztah k dítěti</w:t>
            </w:r>
          </w:p>
        </w:tc>
        <w:tc>
          <w:tcPr>
            <w:tcW w:w="5336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CECB1AE" w14:textId="77777777" w:rsidR="00E754C8" w:rsidRDefault="00E754C8">
            <w:pPr>
              <w:spacing w:after="0"/>
              <w:rPr>
                <w:color w:val="667270"/>
                <w:sz w:val="17"/>
              </w:rPr>
            </w:pPr>
          </w:p>
          <w:p w14:paraId="598937F1" w14:textId="6D6CB2CD" w:rsidR="00541561" w:rsidRDefault="00541561">
            <w:pPr>
              <w:spacing w:after="0"/>
            </w:pPr>
          </w:p>
        </w:tc>
      </w:tr>
      <w:tr w:rsidR="00E754C8" w14:paraId="009E1762" w14:textId="77777777">
        <w:tc>
          <w:tcPr>
            <w:tcW w:w="4024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4DDECE0" w14:textId="77777777" w:rsidR="00E754C8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Jméno a příjmení</w:t>
            </w:r>
          </w:p>
        </w:tc>
        <w:tc>
          <w:tcPr>
            <w:tcW w:w="5336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FCA77F1" w14:textId="77777777" w:rsidR="00E754C8" w:rsidRDefault="00E754C8">
            <w:pPr>
              <w:spacing w:after="0"/>
              <w:rPr>
                <w:color w:val="667270"/>
                <w:sz w:val="17"/>
              </w:rPr>
            </w:pPr>
          </w:p>
          <w:p w14:paraId="30D543FD" w14:textId="27FD38C8" w:rsidR="00541561" w:rsidRDefault="00541561">
            <w:pPr>
              <w:spacing w:after="0"/>
            </w:pPr>
          </w:p>
        </w:tc>
      </w:tr>
      <w:tr w:rsidR="00E754C8" w14:paraId="55FFB3B0" w14:textId="77777777">
        <w:tc>
          <w:tcPr>
            <w:tcW w:w="4024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BF3AF3E" w14:textId="77777777" w:rsidR="00E754C8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Datum narození</w:t>
            </w:r>
          </w:p>
        </w:tc>
        <w:tc>
          <w:tcPr>
            <w:tcW w:w="5336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00C0E6CD" w14:textId="77777777" w:rsidR="00E754C8" w:rsidRDefault="00E754C8">
            <w:pPr>
              <w:spacing w:after="0"/>
              <w:rPr>
                <w:color w:val="667270"/>
                <w:sz w:val="17"/>
              </w:rPr>
            </w:pPr>
          </w:p>
          <w:p w14:paraId="5E96B08B" w14:textId="4568566E" w:rsidR="00541561" w:rsidRDefault="00541561">
            <w:pPr>
              <w:spacing w:after="0"/>
            </w:pPr>
          </w:p>
        </w:tc>
      </w:tr>
      <w:tr w:rsidR="00E754C8" w14:paraId="6CB5CD11" w14:textId="77777777">
        <w:tc>
          <w:tcPr>
            <w:tcW w:w="4024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D9D560E" w14:textId="77777777" w:rsidR="00E754C8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Adresa trvalého pobytu</w:t>
            </w:r>
          </w:p>
        </w:tc>
        <w:tc>
          <w:tcPr>
            <w:tcW w:w="5336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55FEF557" w14:textId="77777777" w:rsidR="00E754C8" w:rsidRDefault="00E754C8">
            <w:pPr>
              <w:spacing w:after="0"/>
              <w:rPr>
                <w:color w:val="667270"/>
                <w:sz w:val="17"/>
              </w:rPr>
            </w:pPr>
          </w:p>
          <w:p w14:paraId="27FB3F3D" w14:textId="09D1593C" w:rsidR="00541561" w:rsidRDefault="00541561">
            <w:pPr>
              <w:spacing w:after="0"/>
            </w:pPr>
          </w:p>
        </w:tc>
      </w:tr>
      <w:tr w:rsidR="00E754C8" w14:paraId="13374AAB" w14:textId="77777777">
        <w:tc>
          <w:tcPr>
            <w:tcW w:w="4024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588F113" w14:textId="77777777" w:rsidR="00E754C8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Adresa pro doručování (je-li jiná)</w:t>
            </w:r>
          </w:p>
        </w:tc>
        <w:tc>
          <w:tcPr>
            <w:tcW w:w="5336" w:type="dxa"/>
            <w:gridSpan w:val="2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70A3EB3E" w14:textId="77777777" w:rsidR="00E754C8" w:rsidRDefault="00E754C8">
            <w:pPr>
              <w:spacing w:after="0"/>
            </w:pPr>
          </w:p>
          <w:p w14:paraId="41952EF5" w14:textId="4CB70BC9" w:rsidR="00541561" w:rsidRDefault="00541561">
            <w:pPr>
              <w:spacing w:after="0"/>
            </w:pPr>
          </w:p>
        </w:tc>
      </w:tr>
      <w:tr w:rsidR="00E754C8" w14:paraId="11D6582A" w14:textId="77777777">
        <w:tc>
          <w:tcPr>
            <w:tcW w:w="4680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D89A28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4B38378B" w14:textId="77777777" w:rsidR="00E754C8" w:rsidRDefault="00E754C8"/>
        </w:tc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FF5F2"/>
            <w:tcMar>
              <w:top w:w="70" w:type="dxa"/>
              <w:left w:w="105" w:type="dxa"/>
              <w:bottom w:w="70" w:type="dxa"/>
              <w:right w:w="105" w:type="dxa"/>
            </w:tcMar>
            <w:vAlign w:val="center"/>
          </w:tcPr>
          <w:p w14:paraId="46B7BCE4" w14:textId="77777777" w:rsidR="00E754C8" w:rsidRDefault="00000000">
            <w:pPr>
              <w:spacing w:after="0"/>
            </w:pPr>
            <w:r>
              <w:rPr>
                <w:b/>
                <w:color w:val="315E5B"/>
                <w:sz w:val="22"/>
              </w:rPr>
              <w:t>2. Adresát – škola</w:t>
            </w:r>
          </w:p>
        </w:tc>
      </w:tr>
    </w:tbl>
    <w:p w14:paraId="6700F4DC" w14:textId="77777777" w:rsidR="00E754C8" w:rsidRDefault="00E754C8">
      <w:pPr>
        <w:spacing w:after="0"/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088"/>
        <w:gridCol w:w="6272"/>
      </w:tblGrid>
      <w:tr w:rsidR="00E754C8" w14:paraId="74751833" w14:textId="77777777">
        <w:tc>
          <w:tcPr>
            <w:tcW w:w="3088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2ABE7F34" w14:textId="77777777" w:rsidR="00E754C8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Název školy</w:t>
            </w:r>
          </w:p>
        </w:tc>
        <w:tc>
          <w:tcPr>
            <w:tcW w:w="6272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922BB37" w14:textId="77777777" w:rsidR="00E754C8" w:rsidRDefault="00000000">
            <w:pPr>
              <w:spacing w:after="0"/>
            </w:pPr>
            <w:r>
              <w:rPr>
                <w:sz w:val="16"/>
              </w:rPr>
              <w:t>Mateřská škola a základní škola Sluníčko-Montessori, s.r.o.</w:t>
            </w:r>
          </w:p>
        </w:tc>
      </w:tr>
      <w:tr w:rsidR="00E754C8" w14:paraId="7E0EDC7B" w14:textId="77777777">
        <w:tc>
          <w:tcPr>
            <w:tcW w:w="3088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B2E59F5" w14:textId="77777777" w:rsidR="00E754C8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Pobočka</w:t>
            </w:r>
          </w:p>
        </w:tc>
        <w:tc>
          <w:tcPr>
            <w:tcW w:w="6272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C3DE88A" w14:textId="5E1C6B34" w:rsidR="00541561" w:rsidRDefault="00541561">
            <w:pPr>
              <w:spacing w:after="0"/>
            </w:pPr>
          </w:p>
        </w:tc>
      </w:tr>
      <w:tr w:rsidR="00E754C8" w14:paraId="1BF80533" w14:textId="77777777">
        <w:tc>
          <w:tcPr>
            <w:tcW w:w="3088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B2D5F89" w14:textId="77777777" w:rsidR="00E754C8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IČO</w:t>
            </w:r>
          </w:p>
        </w:tc>
        <w:tc>
          <w:tcPr>
            <w:tcW w:w="6272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36B6C032" w14:textId="77777777" w:rsidR="00E754C8" w:rsidRDefault="00000000">
            <w:pPr>
              <w:spacing w:after="0"/>
            </w:pPr>
            <w:r>
              <w:rPr>
                <w:sz w:val="16"/>
              </w:rPr>
              <w:t>25338790</w:t>
            </w:r>
          </w:p>
        </w:tc>
      </w:tr>
      <w:tr w:rsidR="00E754C8" w14:paraId="4DC6D8BA" w14:textId="77777777">
        <w:tc>
          <w:tcPr>
            <w:tcW w:w="3088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14EC3080" w14:textId="77777777" w:rsidR="00E754C8" w:rsidRDefault="00000000">
            <w:pPr>
              <w:spacing w:after="0"/>
            </w:pPr>
            <w:r>
              <w:rPr>
                <w:b/>
                <w:color w:val="315E5B"/>
                <w:sz w:val="17"/>
              </w:rPr>
              <w:t>Adresa sídla</w:t>
            </w:r>
          </w:p>
        </w:tc>
        <w:tc>
          <w:tcPr>
            <w:tcW w:w="6272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440D501A" w14:textId="77777777" w:rsidR="00E754C8" w:rsidRDefault="00000000">
            <w:pPr>
              <w:spacing w:after="0"/>
            </w:pPr>
            <w:r>
              <w:rPr>
                <w:sz w:val="16"/>
              </w:rPr>
              <w:t>Šrámkova 14, 638 00 Brno</w:t>
            </w:r>
          </w:p>
        </w:tc>
      </w:tr>
    </w:tbl>
    <w:p w14:paraId="607524E5" w14:textId="77777777" w:rsidR="00E754C8" w:rsidRDefault="00000000">
      <w:pPr>
        <w:spacing w:after="100"/>
      </w:pPr>
      <w:r>
        <w:rPr>
          <w:sz w:val="17"/>
        </w:rPr>
        <w:t>Podle § 37 zákona č. 561/2004 Sb., školského zákona, ve znění pozdějších předpisů, a v souladu se zákonem č. 500/2004 Sb., správním řádem, tímto žádám o odklad povinné školní docházky shora jmenovaného dítěte o jeden školní rok.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75"/>
        <w:gridCol w:w="4675"/>
        <w:gridCol w:w="10"/>
      </w:tblGrid>
      <w:tr w:rsidR="00E754C8" w14:paraId="11BAC994" w14:textId="77777777">
        <w:trPr>
          <w:gridAfter w:val="1"/>
          <w:wAfter w:w="10" w:type="dxa"/>
        </w:trPr>
        <w:tc>
          <w:tcPr>
            <w:tcW w:w="9360" w:type="dxa"/>
            <w:gridSpan w:val="2"/>
            <w:tcBorders>
              <w:top w:val="single" w:sz="5" w:space="0" w:color="D89A28"/>
              <w:left w:val="single" w:sz="5" w:space="0" w:color="D89A28"/>
              <w:bottom w:val="single" w:sz="5" w:space="0" w:color="D89A28"/>
              <w:right w:val="single" w:sz="5" w:space="0" w:color="D89A28"/>
            </w:tcBorders>
            <w:shd w:val="clear" w:color="auto" w:fill="FFF3D9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915506B" w14:textId="77777777" w:rsidR="00E754C8" w:rsidRDefault="00000000">
            <w:pPr>
              <w:spacing w:after="0"/>
            </w:pPr>
            <w:r>
              <w:t>Svým podpisem potvrzuji, že jsem byl/a poučen/a, že podáním žádosti je ve smyslu § 44 odst. 1 správního řádu zahájeno správní řízení.</w:t>
            </w:r>
          </w:p>
        </w:tc>
      </w:tr>
      <w:tr w:rsidR="00E754C8" w14:paraId="7C15B3BA" w14:textId="77777777"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160" w:type="dxa"/>
              <w:left w:w="120" w:type="dxa"/>
              <w:bottom w:w="50" w:type="dxa"/>
              <w:right w:w="120" w:type="dxa"/>
            </w:tcMar>
          </w:tcPr>
          <w:p w14:paraId="0211B134" w14:textId="7BC7DA80" w:rsidR="00541561" w:rsidRDefault="00541561">
            <w:pPr>
              <w:pBdr>
                <w:bottom w:val="single" w:sz="12" w:space="1" w:color="auto"/>
              </w:pBdr>
              <w:spacing w:after="40"/>
              <w:jc w:val="center"/>
              <w:rPr>
                <w:color w:val="667270"/>
                <w:sz w:val="17"/>
              </w:rPr>
            </w:pPr>
          </w:p>
          <w:p w14:paraId="5F118CA8" w14:textId="77777777" w:rsidR="00541561" w:rsidRDefault="00541561">
            <w:pPr>
              <w:pBdr>
                <w:bottom w:val="single" w:sz="12" w:space="1" w:color="auto"/>
              </w:pBdr>
              <w:spacing w:after="40"/>
              <w:jc w:val="center"/>
              <w:rPr>
                <w:color w:val="667270"/>
                <w:sz w:val="17"/>
              </w:rPr>
            </w:pPr>
          </w:p>
          <w:p w14:paraId="29C339A9" w14:textId="77777777" w:rsidR="00541561" w:rsidRDefault="00541561">
            <w:pPr>
              <w:pBdr>
                <w:bottom w:val="single" w:sz="12" w:space="1" w:color="auto"/>
              </w:pBdr>
              <w:spacing w:after="40"/>
              <w:jc w:val="center"/>
              <w:rPr>
                <w:color w:val="667270"/>
                <w:sz w:val="17"/>
              </w:rPr>
            </w:pPr>
          </w:p>
          <w:p w14:paraId="65EDF9B6" w14:textId="77777777" w:rsidR="00541561" w:rsidRDefault="00541561">
            <w:pPr>
              <w:spacing w:after="0"/>
              <w:jc w:val="center"/>
              <w:rPr>
                <w:color w:val="667270"/>
                <w:sz w:val="16"/>
              </w:rPr>
            </w:pPr>
          </w:p>
          <w:p w14:paraId="7247D068" w14:textId="77777777" w:rsidR="00541561" w:rsidRDefault="00541561">
            <w:pPr>
              <w:spacing w:after="0"/>
              <w:jc w:val="center"/>
              <w:rPr>
                <w:color w:val="667270"/>
                <w:sz w:val="16"/>
              </w:rPr>
            </w:pPr>
          </w:p>
          <w:p w14:paraId="6D9665CC" w14:textId="7591B7DF" w:rsidR="00E754C8" w:rsidRDefault="00000000">
            <w:pPr>
              <w:spacing w:after="0"/>
              <w:jc w:val="center"/>
            </w:pPr>
            <w:r>
              <w:rPr>
                <w:color w:val="667270"/>
                <w:sz w:val="16"/>
              </w:rPr>
              <w:t xml:space="preserve">V </w:t>
            </w:r>
            <w:proofErr w:type="spellStart"/>
            <w:r>
              <w:rPr>
                <w:color w:val="667270"/>
                <w:sz w:val="16"/>
              </w:rPr>
              <w:t>Brně</w:t>
            </w:r>
            <w:proofErr w:type="spellEnd"/>
            <w:r>
              <w:rPr>
                <w:color w:val="667270"/>
                <w:sz w:val="16"/>
              </w:rPr>
              <w:t xml:space="preserve"> </w:t>
            </w:r>
            <w:proofErr w:type="spellStart"/>
            <w:r>
              <w:rPr>
                <w:color w:val="667270"/>
                <w:sz w:val="16"/>
              </w:rPr>
              <w:t>dne</w:t>
            </w:r>
            <w:proofErr w:type="spellEnd"/>
          </w:p>
        </w:tc>
        <w:tc>
          <w:tcPr>
            <w:tcW w:w="4680" w:type="dxa"/>
            <w:gridSpan w:val="2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160" w:type="dxa"/>
              <w:left w:w="120" w:type="dxa"/>
              <w:bottom w:w="50" w:type="dxa"/>
              <w:right w:w="120" w:type="dxa"/>
            </w:tcMar>
          </w:tcPr>
          <w:p w14:paraId="1B8944AC" w14:textId="7C1C458F" w:rsidR="00541561" w:rsidRDefault="00541561">
            <w:pPr>
              <w:pBdr>
                <w:bottom w:val="single" w:sz="12" w:space="1" w:color="auto"/>
              </w:pBdr>
              <w:spacing w:after="40"/>
              <w:jc w:val="center"/>
              <w:rPr>
                <w:color w:val="667270"/>
                <w:sz w:val="17"/>
              </w:rPr>
            </w:pPr>
          </w:p>
          <w:p w14:paraId="11E2AD4C" w14:textId="77777777" w:rsidR="00541561" w:rsidRDefault="00541561">
            <w:pPr>
              <w:pBdr>
                <w:bottom w:val="single" w:sz="12" w:space="1" w:color="auto"/>
              </w:pBdr>
              <w:spacing w:after="40"/>
              <w:jc w:val="center"/>
              <w:rPr>
                <w:color w:val="667270"/>
                <w:sz w:val="17"/>
              </w:rPr>
            </w:pPr>
          </w:p>
          <w:p w14:paraId="7C74BE9A" w14:textId="77777777" w:rsidR="00541561" w:rsidRDefault="00541561">
            <w:pPr>
              <w:pBdr>
                <w:bottom w:val="single" w:sz="12" w:space="1" w:color="auto"/>
              </w:pBdr>
              <w:spacing w:after="40"/>
              <w:jc w:val="center"/>
              <w:rPr>
                <w:color w:val="667270"/>
                <w:sz w:val="17"/>
              </w:rPr>
            </w:pPr>
          </w:p>
          <w:p w14:paraId="213D8AF4" w14:textId="77777777" w:rsidR="00541561" w:rsidRDefault="00541561">
            <w:pPr>
              <w:spacing w:after="40"/>
              <w:jc w:val="center"/>
              <w:rPr>
                <w:color w:val="667270"/>
                <w:sz w:val="17"/>
              </w:rPr>
            </w:pPr>
          </w:p>
          <w:p w14:paraId="4A78FC1D" w14:textId="77777777" w:rsidR="00541561" w:rsidRDefault="00541561">
            <w:pPr>
              <w:spacing w:after="0"/>
              <w:jc w:val="center"/>
              <w:rPr>
                <w:color w:val="667270"/>
                <w:sz w:val="17"/>
              </w:rPr>
            </w:pPr>
          </w:p>
          <w:p w14:paraId="5C6DD1C7" w14:textId="5108678A" w:rsidR="00E754C8" w:rsidRDefault="00000000">
            <w:pPr>
              <w:spacing w:after="0"/>
              <w:jc w:val="center"/>
            </w:pPr>
            <w:r>
              <w:rPr>
                <w:color w:val="667270"/>
                <w:sz w:val="16"/>
              </w:rPr>
              <w:t>Podpis zákonného zástupce</w:t>
            </w:r>
          </w:p>
        </w:tc>
      </w:tr>
    </w:tbl>
    <w:p w14:paraId="679CF11C" w14:textId="77777777" w:rsidR="00523643" w:rsidRDefault="00523643"/>
    <w:sectPr w:rsidR="00523643" w:rsidSect="00034616">
      <w:headerReference w:type="default" r:id="rId9"/>
      <w:footerReference w:type="default" r:id="rId10"/>
      <w:pgSz w:w="11906" w:h="16838"/>
      <w:pgMar w:top="737" w:right="822" w:bottom="709" w:left="822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B7E5" w14:textId="77777777" w:rsidR="00523643" w:rsidRDefault="00523643">
      <w:pPr>
        <w:spacing w:after="0" w:line="240" w:lineRule="auto"/>
      </w:pPr>
      <w:r>
        <w:separator/>
      </w:r>
    </w:p>
  </w:endnote>
  <w:endnote w:type="continuationSeparator" w:id="0">
    <w:p w14:paraId="7E45DB5E" w14:textId="77777777" w:rsidR="00523643" w:rsidRDefault="00523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B0484" w14:textId="77777777" w:rsidR="00E754C8" w:rsidRDefault="00000000">
    <w:pPr>
      <w:pStyle w:val="Zpat"/>
      <w:jc w:val="right"/>
    </w:pPr>
    <w:r>
      <w:rPr>
        <w:color w:val="667270"/>
        <w:sz w:val="16"/>
      </w:rPr>
      <w:t xml:space="preserve">ODKLAD ŠKOLNÍ DOCHÁZKY   •   Strana </w:t>
    </w:r>
    <w:r>
      <w:rPr>
        <w:color w:val="667270"/>
        <w:sz w:val="16"/>
      </w:rPr>
      <w:fldChar w:fldCharType="begin"/>
    </w:r>
    <w:r>
      <w:rPr>
        <w:color w:val="667270"/>
        <w:sz w:val="16"/>
      </w:rPr>
      <w:instrText xml:space="preserve"> PAGE </w:instrText>
    </w:r>
    <w:r>
      <w:rPr>
        <w:color w:val="667270"/>
        <w:sz w:val="16"/>
      </w:rPr>
      <w:fldChar w:fldCharType="separate"/>
    </w:r>
    <w:r>
      <w:rPr>
        <w:color w:val="667270"/>
        <w:sz w:val="16"/>
      </w:rPr>
      <w:t>1</w:t>
    </w:r>
    <w:r>
      <w:rPr>
        <w:color w:val="66727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6369F" w14:textId="77777777" w:rsidR="00523643" w:rsidRDefault="00523643">
      <w:pPr>
        <w:spacing w:after="0" w:line="240" w:lineRule="auto"/>
      </w:pPr>
      <w:r>
        <w:separator/>
      </w:r>
    </w:p>
  </w:footnote>
  <w:footnote w:type="continuationSeparator" w:id="0">
    <w:p w14:paraId="36EC048C" w14:textId="77777777" w:rsidR="00523643" w:rsidRDefault="00523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A9AC0" w14:textId="77777777" w:rsidR="00E754C8" w:rsidRDefault="00000000">
    <w:pPr>
      <w:pStyle w:val="Zhlav"/>
      <w:pBdr>
        <w:bottom w:val="single" w:sz="4" w:space="5" w:color="D8E1DE"/>
      </w:pBdr>
      <w:spacing w:after="100"/>
    </w:pPr>
    <w:r>
      <w:rPr>
        <w:b/>
        <w:color w:val="667270"/>
        <w:sz w:val="16"/>
      </w:rPr>
      <w:t>MŠ A ZŠ SLUNÍČKO – MONTESSORI   |   ODKLAD ŠKOLNÍ DOCHÁZKY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5600487">
    <w:abstractNumId w:val="8"/>
  </w:num>
  <w:num w:numId="2" w16cid:durableId="1139297633">
    <w:abstractNumId w:val="6"/>
  </w:num>
  <w:num w:numId="3" w16cid:durableId="1927222688">
    <w:abstractNumId w:val="5"/>
  </w:num>
  <w:num w:numId="4" w16cid:durableId="93478876">
    <w:abstractNumId w:val="4"/>
  </w:num>
  <w:num w:numId="5" w16cid:durableId="1853950263">
    <w:abstractNumId w:val="7"/>
  </w:num>
  <w:num w:numId="6" w16cid:durableId="617570646">
    <w:abstractNumId w:val="3"/>
  </w:num>
  <w:num w:numId="7" w16cid:durableId="919798018">
    <w:abstractNumId w:val="2"/>
  </w:num>
  <w:num w:numId="8" w16cid:durableId="1417674759">
    <w:abstractNumId w:val="1"/>
  </w:num>
  <w:num w:numId="9" w16cid:durableId="2082753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23643"/>
    <w:rsid w:val="00541561"/>
    <w:rsid w:val="00AA1D8D"/>
    <w:rsid w:val="00B47730"/>
    <w:rsid w:val="00CB0664"/>
    <w:rsid w:val="00E754C8"/>
    <w:rsid w:val="00F905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A9A24C"/>
  <w14:defaultImageDpi w14:val="300"/>
  <w15:docId w15:val="{5E20981A-60C0-4AE5-ACB7-E4B4B292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50" w:lineRule="auto"/>
    </w:pPr>
    <w:rPr>
      <w:rFonts w:ascii="Aptos" w:hAnsi="Aptos"/>
      <w:color w:val="34413F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Zadost o odklad povinne skolni dochazky novy vizual</dc:title>
  <dc:subject/>
  <dc:creator>python-docx</dc:creator>
  <cp:keywords/>
  <dc:description>generated by python-docx</dc:description>
  <cp:lastModifiedBy>PC2 ZSMontessori</cp:lastModifiedBy>
  <cp:revision>2</cp:revision>
  <dcterms:created xsi:type="dcterms:W3CDTF">2026-09-08T10:04:00Z</dcterms:created>
  <dcterms:modified xsi:type="dcterms:W3CDTF">2026-09-08T10:04:00Z</dcterms:modified>
  <cp:category/>
</cp:coreProperties>
</file>