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236F" w14:textId="77777777" w:rsidR="00046565" w:rsidRDefault="00000000">
      <w:pPr>
        <w:spacing w:before="60" w:after="0"/>
        <w:jc w:val="center"/>
      </w:pPr>
      <w:r>
        <w:rPr>
          <w:noProof/>
        </w:rPr>
        <w:drawing>
          <wp:inline distT="0" distB="0" distL="0" distR="0" wp14:anchorId="3492D9E9" wp14:editId="00BE93F1">
            <wp:extent cx="630000" cy="63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415DE" w14:textId="77777777" w:rsidR="00046565" w:rsidRDefault="00000000">
      <w:pPr>
        <w:spacing w:after="0"/>
        <w:jc w:val="center"/>
      </w:pPr>
      <w:r>
        <w:rPr>
          <w:b/>
          <w:sz w:val="20"/>
        </w:rPr>
        <w:t>Mateřská škola a základní škola Sluníčko-Montessori, s.r.o.</w:t>
      </w:r>
    </w:p>
    <w:p w14:paraId="4FB7B67F" w14:textId="77777777" w:rsidR="00046565" w:rsidRDefault="00000000">
      <w:pPr>
        <w:spacing w:after="20"/>
        <w:jc w:val="center"/>
      </w:pPr>
      <w:r>
        <w:rPr>
          <w:color w:val="667270"/>
          <w:sz w:val="17"/>
        </w:rPr>
        <w:t>Šrámkova 14, 638 00 Brno, IČO 25338790</w:t>
      </w:r>
    </w:p>
    <w:p w14:paraId="55E0FF9A" w14:textId="77777777" w:rsidR="00046565" w:rsidRDefault="00000000">
      <w:pPr>
        <w:spacing w:after="100"/>
        <w:jc w:val="center"/>
      </w:pPr>
      <w:r>
        <w:rPr>
          <w:color w:val="667270"/>
          <w:sz w:val="16"/>
        </w:rPr>
        <w:t>pobočka: ZŠ Sluníčko-Montessori, Provázníkova 84, 613 00 Brno</w:t>
      </w:r>
    </w:p>
    <w:p w14:paraId="33BA8C24" w14:textId="77777777" w:rsidR="00046565" w:rsidRDefault="00000000">
      <w:pPr>
        <w:spacing w:after="20"/>
        <w:jc w:val="center"/>
      </w:pPr>
      <w:r>
        <w:rPr>
          <w:b/>
          <w:color w:val="D89A28"/>
          <w:sz w:val="16"/>
        </w:rPr>
        <w:t>ZÁPIS DO ZÁKLADNÍ ŠKOLY</w:t>
      </w:r>
    </w:p>
    <w:p w14:paraId="169F08B6" w14:textId="77777777" w:rsidR="00046565" w:rsidRDefault="00000000">
      <w:pPr>
        <w:spacing w:after="120"/>
        <w:jc w:val="center"/>
      </w:pPr>
      <w:r>
        <w:rPr>
          <w:b/>
          <w:color w:val="315E5B"/>
          <w:sz w:val="34"/>
        </w:rPr>
        <w:t>Žádost o přijetí dítěte k základnímu vzdělávání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46565" w14:paraId="26913912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E1DFA77" w14:textId="77777777" w:rsidR="00046565" w:rsidRDefault="00046565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F1EAAF5" w14:textId="77777777" w:rsidR="00046565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1. Zákonní zástupci dítěte</w:t>
            </w:r>
          </w:p>
        </w:tc>
      </w:tr>
    </w:tbl>
    <w:p w14:paraId="2C4726A1" w14:textId="77777777" w:rsidR="00046565" w:rsidRDefault="00046565">
      <w:pPr>
        <w:spacing w:after="0"/>
      </w:pPr>
    </w:p>
    <w:p w14:paraId="40A1C614" w14:textId="77777777" w:rsidR="00046565" w:rsidRDefault="00000000">
      <w:pPr>
        <w:spacing w:after="40"/>
      </w:pPr>
      <w:r>
        <w:rPr>
          <w:b/>
          <w:color w:val="D89A28"/>
        </w:rPr>
        <w:t>Otec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046565" w14:paraId="28225F29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938D412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1D10E38" w14:textId="77777777" w:rsidR="00E645ED" w:rsidRDefault="00E645ED">
            <w:pPr>
              <w:spacing w:after="0"/>
              <w:rPr>
                <w:color w:val="667270"/>
                <w:sz w:val="17"/>
              </w:rPr>
            </w:pPr>
          </w:p>
          <w:p w14:paraId="342C721C" w14:textId="7816A6F4" w:rsidR="00E645ED" w:rsidRPr="00E645ED" w:rsidRDefault="00E645ED">
            <w:pPr>
              <w:spacing w:after="0"/>
              <w:rPr>
                <w:color w:val="667270"/>
                <w:sz w:val="17"/>
              </w:rPr>
            </w:pPr>
          </w:p>
        </w:tc>
      </w:tr>
      <w:tr w:rsidR="00046565" w14:paraId="059953D2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9A96A35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Datum narození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5DF3805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035C4395" w14:textId="7B043416" w:rsidR="00E645ED" w:rsidRDefault="00E645ED">
            <w:pPr>
              <w:spacing w:after="0"/>
            </w:pPr>
          </w:p>
        </w:tc>
      </w:tr>
      <w:tr w:rsidR="00046565" w14:paraId="26E90F6E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631449A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Místo trvalého pobytu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20EE4EB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0B21B352" w14:textId="08074492" w:rsidR="00E645ED" w:rsidRDefault="00E645ED">
            <w:pPr>
              <w:spacing w:after="0"/>
            </w:pPr>
          </w:p>
        </w:tc>
      </w:tr>
      <w:tr w:rsidR="00046565" w14:paraId="43861F24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601C31B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Telefon / e-mail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55B4CD8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1CA6BBFA" w14:textId="2476FBDC" w:rsidR="00E645ED" w:rsidRDefault="00E645ED">
            <w:pPr>
              <w:spacing w:after="0"/>
            </w:pPr>
          </w:p>
        </w:tc>
      </w:tr>
    </w:tbl>
    <w:p w14:paraId="0B658033" w14:textId="77777777" w:rsidR="00046565" w:rsidRDefault="00000000">
      <w:pPr>
        <w:spacing w:after="40"/>
      </w:pPr>
      <w:r>
        <w:rPr>
          <w:b/>
          <w:color w:val="D89A28"/>
        </w:rPr>
        <w:t>Matka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749"/>
        <w:gridCol w:w="4680"/>
      </w:tblGrid>
      <w:tr w:rsidR="00046565" w14:paraId="297E2887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FF3C904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9CAFAF5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567389E6" w14:textId="06240606" w:rsidR="00E645ED" w:rsidRDefault="00E645ED">
            <w:pPr>
              <w:spacing w:after="0"/>
            </w:pPr>
          </w:p>
        </w:tc>
      </w:tr>
      <w:tr w:rsidR="00046565" w14:paraId="768564A4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7E59310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Datum narození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7E8F6DF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6D47CCB6" w14:textId="3CC318FF" w:rsidR="00E645ED" w:rsidRDefault="00E645ED">
            <w:pPr>
              <w:spacing w:after="0"/>
            </w:pPr>
          </w:p>
        </w:tc>
      </w:tr>
      <w:tr w:rsidR="00046565" w14:paraId="7FFBA136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672D199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Místo trvalého pobytu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5758A72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2DDFDBAF" w14:textId="7E831D39" w:rsidR="00E645ED" w:rsidRDefault="00E645ED">
            <w:pPr>
              <w:spacing w:after="0"/>
            </w:pPr>
          </w:p>
        </w:tc>
      </w:tr>
      <w:tr w:rsidR="00046565" w14:paraId="0D98F43F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364903F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Telefon / e-mail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100556D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73FEB5FF" w14:textId="01670848" w:rsidR="00E645ED" w:rsidRDefault="00E645ED">
            <w:pPr>
              <w:spacing w:after="0"/>
            </w:pPr>
          </w:p>
        </w:tc>
      </w:tr>
      <w:tr w:rsidR="00046565" w14:paraId="45F66AF5" w14:textId="77777777"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FDECB0F" w14:textId="77777777" w:rsidR="00046565" w:rsidRDefault="00046565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120E4CD" w14:textId="77777777" w:rsidR="00046565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2. Údaje o žádosti</w:t>
            </w:r>
          </w:p>
        </w:tc>
      </w:tr>
    </w:tbl>
    <w:p w14:paraId="197214B8" w14:textId="77777777" w:rsidR="00046565" w:rsidRDefault="00046565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046565" w14:paraId="6E9C2EE3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89196E8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Jméno a příjmení dítěte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52FCF01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145727BD" w14:textId="333A43B3" w:rsidR="00E645ED" w:rsidRDefault="00E645ED">
            <w:pPr>
              <w:spacing w:after="0"/>
            </w:pPr>
          </w:p>
        </w:tc>
      </w:tr>
      <w:tr w:rsidR="00046565" w14:paraId="46852347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8BFA143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Datum narození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D6915E3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6A9A8FA2" w14:textId="768AD7AB" w:rsidR="00E645ED" w:rsidRDefault="00E645ED">
            <w:pPr>
              <w:spacing w:after="0"/>
            </w:pPr>
          </w:p>
        </w:tc>
      </w:tr>
      <w:tr w:rsidR="00046565" w14:paraId="630D104E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CA72412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Rodné číslo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9902E15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331FB91B" w14:textId="13F52FD2" w:rsidR="00E645ED" w:rsidRDefault="00E645ED">
            <w:pPr>
              <w:spacing w:after="0"/>
            </w:pPr>
          </w:p>
        </w:tc>
      </w:tr>
      <w:tr w:rsidR="00046565" w14:paraId="79EF34DB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73775D4" w14:textId="77777777" w:rsidR="00046565" w:rsidRDefault="00000000">
            <w:pPr>
              <w:spacing w:after="0"/>
            </w:pPr>
            <w:r>
              <w:rPr>
                <w:b/>
                <w:color w:val="315E5B"/>
              </w:rPr>
              <w:t>Trvalé bydliště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A995613" w14:textId="77777777" w:rsidR="00046565" w:rsidRDefault="00046565">
            <w:pPr>
              <w:spacing w:after="0"/>
              <w:rPr>
                <w:color w:val="667270"/>
                <w:sz w:val="17"/>
              </w:rPr>
            </w:pPr>
          </w:p>
          <w:p w14:paraId="75AFF24C" w14:textId="421DBE33" w:rsidR="00E645ED" w:rsidRDefault="00E645ED">
            <w:pPr>
              <w:spacing w:after="0"/>
            </w:pPr>
          </w:p>
        </w:tc>
      </w:tr>
    </w:tbl>
    <w:p w14:paraId="68CBC173" w14:textId="77777777" w:rsidR="00046565" w:rsidRDefault="00000000">
      <w:r>
        <w:rPr>
          <w:sz w:val="17"/>
        </w:rPr>
        <w:t>Žádám o přijetí dítěte k povinné školní docházce do Základní školy Sluníčko-Montessori, pobočka Provázníkova 84, 613 00 Brno.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46565" w14:paraId="215FA0CC" w14:textId="77777777">
        <w:tc>
          <w:tcPr>
            <w:tcW w:w="9360" w:type="dxa"/>
            <w:tcBorders>
              <w:top w:val="single" w:sz="5" w:space="0" w:color="D89A28"/>
              <w:left w:val="single" w:sz="5" w:space="0" w:color="D89A28"/>
              <w:bottom w:val="single" w:sz="5" w:space="0" w:color="D89A28"/>
              <w:right w:val="single" w:sz="5" w:space="0" w:color="D89A28"/>
            </w:tcBorders>
            <w:shd w:val="clear" w:color="auto" w:fill="FFF3D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BC93769" w14:textId="77777777" w:rsidR="00046565" w:rsidRDefault="00000000">
            <w:pPr>
              <w:spacing w:after="0"/>
            </w:pPr>
            <w:r>
              <w:t>Důvod žádosti: zákonný termín zahájení povinné školní docházky. Dítě mělo / nemělo doporučený odklad povinné školní docházky.</w:t>
            </w:r>
          </w:p>
        </w:tc>
      </w:tr>
    </w:tbl>
    <w:p w14:paraId="6CA86A14" w14:textId="77777777" w:rsidR="00046565" w:rsidRDefault="00000000">
      <w:pPr>
        <w:spacing w:after="40"/>
        <w:rPr>
          <w:b/>
          <w:color w:val="315E5B"/>
          <w:sz w:val="17"/>
        </w:rPr>
      </w:pPr>
      <w:r>
        <w:rPr>
          <w:b/>
          <w:color w:val="315E5B"/>
          <w:sz w:val="17"/>
        </w:rPr>
        <w:t xml:space="preserve">Ředitelka školy: Mgr. Alena </w:t>
      </w:r>
      <w:proofErr w:type="spellStart"/>
      <w:r>
        <w:rPr>
          <w:b/>
          <w:color w:val="315E5B"/>
          <w:sz w:val="17"/>
        </w:rPr>
        <w:t>Bilerová</w:t>
      </w:r>
      <w:proofErr w:type="spellEnd"/>
    </w:p>
    <w:p w14:paraId="03FDA847" w14:textId="77777777" w:rsidR="00E645ED" w:rsidRDefault="00E645ED">
      <w:pPr>
        <w:spacing w:after="40"/>
        <w:rPr>
          <w:b/>
          <w:color w:val="315E5B"/>
          <w:sz w:val="17"/>
        </w:rPr>
      </w:pPr>
    </w:p>
    <w:p w14:paraId="2A367A06" w14:textId="77777777" w:rsidR="00E645ED" w:rsidRDefault="00E645ED">
      <w:pPr>
        <w:spacing w:after="4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46565" w14:paraId="406077AA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13FA7568" w14:textId="5AE71A95" w:rsidR="00046565" w:rsidRDefault="00046565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5833EBBA" w14:textId="77777777" w:rsidR="00E645ED" w:rsidRDefault="00E645ED">
            <w:pPr>
              <w:spacing w:after="40"/>
              <w:jc w:val="center"/>
            </w:pPr>
          </w:p>
          <w:p w14:paraId="0BBB1249" w14:textId="77777777" w:rsidR="00E645ED" w:rsidRDefault="00E645ED">
            <w:pPr>
              <w:spacing w:after="40"/>
              <w:jc w:val="center"/>
            </w:pPr>
          </w:p>
          <w:p w14:paraId="0A76DF3E" w14:textId="77777777" w:rsidR="00046565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V ................................ dne</w:t>
            </w:r>
          </w:p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0D5EF371" w14:textId="11F2D3AF" w:rsidR="00046565" w:rsidRDefault="00046565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139D3B26" w14:textId="77777777" w:rsidR="00E645ED" w:rsidRDefault="00E645ED">
            <w:pPr>
              <w:spacing w:after="40"/>
              <w:jc w:val="center"/>
            </w:pPr>
          </w:p>
          <w:p w14:paraId="32F5DA87" w14:textId="77777777" w:rsidR="00E645ED" w:rsidRDefault="00E645ED">
            <w:pPr>
              <w:spacing w:after="40"/>
              <w:jc w:val="center"/>
            </w:pPr>
          </w:p>
          <w:p w14:paraId="0EADE615" w14:textId="77777777" w:rsidR="00046565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Podpis zákonného zástupce</w:t>
            </w:r>
          </w:p>
        </w:tc>
      </w:tr>
    </w:tbl>
    <w:p w14:paraId="4FDB8BE6" w14:textId="77777777" w:rsidR="007364A1" w:rsidRDefault="007364A1"/>
    <w:sectPr w:rsidR="007364A1" w:rsidSect="00034616">
      <w:headerReference w:type="default" r:id="rId9"/>
      <w:footerReference w:type="default" r:id="rId10"/>
      <w:pgSz w:w="11906" w:h="16838"/>
      <w:pgMar w:top="737" w:right="822" w:bottom="709" w:left="822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F01C3" w14:textId="77777777" w:rsidR="007364A1" w:rsidRDefault="007364A1">
      <w:pPr>
        <w:spacing w:after="0" w:line="240" w:lineRule="auto"/>
      </w:pPr>
      <w:r>
        <w:separator/>
      </w:r>
    </w:p>
  </w:endnote>
  <w:endnote w:type="continuationSeparator" w:id="0">
    <w:p w14:paraId="1184C2F5" w14:textId="77777777" w:rsidR="007364A1" w:rsidRDefault="00736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47392" w14:textId="77777777" w:rsidR="00046565" w:rsidRDefault="00000000">
    <w:pPr>
      <w:pStyle w:val="Zpat"/>
      <w:jc w:val="right"/>
    </w:pPr>
    <w:r>
      <w:rPr>
        <w:color w:val="667270"/>
        <w:sz w:val="16"/>
      </w:rPr>
      <w:t xml:space="preserve">PŘIJETÍ K ZV   •   Strana </w:t>
    </w:r>
    <w:r>
      <w:rPr>
        <w:color w:val="667270"/>
        <w:sz w:val="16"/>
      </w:rPr>
      <w:fldChar w:fldCharType="begin"/>
    </w:r>
    <w:r>
      <w:rPr>
        <w:color w:val="667270"/>
        <w:sz w:val="16"/>
      </w:rPr>
      <w:instrText xml:space="preserve"> PAGE </w:instrText>
    </w:r>
    <w:r>
      <w:rPr>
        <w:color w:val="667270"/>
        <w:sz w:val="16"/>
      </w:rPr>
      <w:fldChar w:fldCharType="separate"/>
    </w:r>
    <w:r>
      <w:rPr>
        <w:color w:val="667270"/>
        <w:sz w:val="16"/>
      </w:rPr>
      <w:t>1</w:t>
    </w:r>
    <w:r>
      <w:rPr>
        <w:color w:val="6672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4973F" w14:textId="77777777" w:rsidR="007364A1" w:rsidRDefault="007364A1">
      <w:pPr>
        <w:spacing w:after="0" w:line="240" w:lineRule="auto"/>
      </w:pPr>
      <w:r>
        <w:separator/>
      </w:r>
    </w:p>
  </w:footnote>
  <w:footnote w:type="continuationSeparator" w:id="0">
    <w:p w14:paraId="352A3C2A" w14:textId="77777777" w:rsidR="007364A1" w:rsidRDefault="00736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3312" w14:textId="77777777" w:rsidR="00046565" w:rsidRDefault="00000000">
    <w:pPr>
      <w:pStyle w:val="Zhlav"/>
      <w:pBdr>
        <w:bottom w:val="single" w:sz="4" w:space="5" w:color="D8E1DE"/>
      </w:pBdr>
      <w:spacing w:after="100"/>
    </w:pPr>
    <w:r>
      <w:rPr>
        <w:b/>
        <w:color w:val="667270"/>
        <w:sz w:val="16"/>
      </w:rPr>
      <w:t>MŠ A ZŠ SLUNÍČKO – MONTESSORI   |   PŘIJETÍ K ZV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5333989">
    <w:abstractNumId w:val="8"/>
  </w:num>
  <w:num w:numId="2" w16cid:durableId="693963892">
    <w:abstractNumId w:val="6"/>
  </w:num>
  <w:num w:numId="3" w16cid:durableId="1475024100">
    <w:abstractNumId w:val="5"/>
  </w:num>
  <w:num w:numId="4" w16cid:durableId="751901557">
    <w:abstractNumId w:val="4"/>
  </w:num>
  <w:num w:numId="5" w16cid:durableId="1776364702">
    <w:abstractNumId w:val="7"/>
  </w:num>
  <w:num w:numId="6" w16cid:durableId="182329429">
    <w:abstractNumId w:val="3"/>
  </w:num>
  <w:num w:numId="7" w16cid:durableId="1733000554">
    <w:abstractNumId w:val="2"/>
  </w:num>
  <w:num w:numId="8" w16cid:durableId="820000580">
    <w:abstractNumId w:val="1"/>
  </w:num>
  <w:num w:numId="9" w16cid:durableId="72306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565"/>
    <w:rsid w:val="0006063C"/>
    <w:rsid w:val="0015074B"/>
    <w:rsid w:val="0029639D"/>
    <w:rsid w:val="00326F90"/>
    <w:rsid w:val="007364A1"/>
    <w:rsid w:val="00AA1D8D"/>
    <w:rsid w:val="00B47730"/>
    <w:rsid w:val="00CB0664"/>
    <w:rsid w:val="00E645ED"/>
    <w:rsid w:val="00F905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E1D007"/>
  <w14:defaultImageDpi w14:val="300"/>
  <w15:docId w15:val="{5E20981A-60C0-4AE5-ACB7-E4B4B292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0" w:lineRule="auto"/>
    </w:pPr>
    <w:rPr>
      <w:rFonts w:ascii="Aptos" w:hAnsi="Aptos"/>
      <w:color w:val="34413F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Zadost o prijeti k ZS novy vizual</dc:title>
  <dc:subject/>
  <dc:creator>python-docx</dc:creator>
  <cp:keywords/>
  <dc:description>generated by python-docx</dc:description>
  <cp:lastModifiedBy>PC2 ZSMontessori</cp:lastModifiedBy>
  <cp:revision>2</cp:revision>
  <dcterms:created xsi:type="dcterms:W3CDTF">2026-09-08T09:52:00Z</dcterms:created>
  <dcterms:modified xsi:type="dcterms:W3CDTF">2026-09-08T09:52:00Z</dcterms:modified>
  <cp:category/>
</cp:coreProperties>
</file>