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A5D01" w14:textId="77777777" w:rsidR="008E6051" w:rsidRDefault="00000000">
      <w:pPr>
        <w:spacing w:before="60" w:after="0"/>
        <w:jc w:val="center"/>
      </w:pPr>
      <w:r>
        <w:rPr>
          <w:noProof/>
        </w:rPr>
        <w:drawing>
          <wp:inline distT="0" distB="0" distL="0" distR="0" wp14:anchorId="2BA9FCF3" wp14:editId="3359B119">
            <wp:extent cx="630000" cy="63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6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EF6FD" w14:textId="77777777" w:rsidR="008E6051" w:rsidRDefault="00000000">
      <w:pPr>
        <w:spacing w:after="0"/>
        <w:jc w:val="center"/>
      </w:pPr>
      <w:r>
        <w:rPr>
          <w:b/>
          <w:sz w:val="20"/>
        </w:rPr>
        <w:t>Mateřská škola a základní škola Sluníčko-Montessori, s.r.o.</w:t>
      </w:r>
    </w:p>
    <w:p w14:paraId="4CA5F2B2" w14:textId="77777777" w:rsidR="008E6051" w:rsidRDefault="00000000">
      <w:pPr>
        <w:spacing w:after="20"/>
        <w:jc w:val="center"/>
      </w:pPr>
      <w:r>
        <w:rPr>
          <w:color w:val="667270"/>
          <w:sz w:val="17"/>
        </w:rPr>
        <w:t>Šrámkova 14, 638 00 Brno, IČO 25338790</w:t>
      </w:r>
    </w:p>
    <w:p w14:paraId="155C65A4" w14:textId="77777777" w:rsidR="008E6051" w:rsidRDefault="00000000">
      <w:pPr>
        <w:spacing w:after="100"/>
        <w:jc w:val="center"/>
      </w:pPr>
      <w:r>
        <w:rPr>
          <w:color w:val="667270"/>
          <w:sz w:val="16"/>
        </w:rPr>
        <w:t>pobočka: ZŠ Sluníčko-Montessori, Provázníkova 84, 613 00 Brno</w:t>
      </w:r>
    </w:p>
    <w:p w14:paraId="5C009D1E" w14:textId="77777777" w:rsidR="00631894" w:rsidRDefault="00631894">
      <w:pPr>
        <w:spacing w:after="120"/>
        <w:jc w:val="center"/>
        <w:rPr>
          <w:b/>
          <w:color w:val="D89A28"/>
          <w:sz w:val="16"/>
        </w:rPr>
      </w:pPr>
    </w:p>
    <w:p w14:paraId="59D52503" w14:textId="555293E5" w:rsidR="008E6051" w:rsidRDefault="00000000">
      <w:pPr>
        <w:spacing w:after="120"/>
        <w:jc w:val="center"/>
      </w:pPr>
      <w:proofErr w:type="spellStart"/>
      <w:r>
        <w:rPr>
          <w:b/>
          <w:color w:val="315E5B"/>
          <w:sz w:val="34"/>
        </w:rPr>
        <w:t>Žádost</w:t>
      </w:r>
      <w:proofErr w:type="spellEnd"/>
      <w:r>
        <w:rPr>
          <w:b/>
          <w:color w:val="315E5B"/>
          <w:sz w:val="34"/>
        </w:rPr>
        <w:t xml:space="preserve"> o </w:t>
      </w:r>
      <w:proofErr w:type="spellStart"/>
      <w:r>
        <w:rPr>
          <w:b/>
          <w:color w:val="315E5B"/>
          <w:sz w:val="34"/>
        </w:rPr>
        <w:t>uvolnění</w:t>
      </w:r>
      <w:proofErr w:type="spellEnd"/>
      <w:r>
        <w:rPr>
          <w:b/>
          <w:color w:val="315E5B"/>
          <w:sz w:val="34"/>
        </w:rPr>
        <w:t xml:space="preserve"> z </w:t>
      </w:r>
      <w:proofErr w:type="spellStart"/>
      <w:r>
        <w:rPr>
          <w:b/>
          <w:color w:val="315E5B"/>
          <w:sz w:val="34"/>
        </w:rPr>
        <w:t>výuky</w:t>
      </w:r>
      <w:proofErr w:type="spellEnd"/>
      <w:r>
        <w:rPr>
          <w:b/>
          <w:color w:val="315E5B"/>
          <w:sz w:val="34"/>
        </w:rPr>
        <w:t xml:space="preserve"> tělesné výchovy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E6051" w14:paraId="3D50F2FF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0F9C8B8" w14:textId="77777777" w:rsidR="008E6051" w:rsidRDefault="008E6051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9961282" w14:textId="77777777" w:rsidR="008E6051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Zákonný zástupce žáka / žákyně</w:t>
            </w:r>
          </w:p>
        </w:tc>
      </w:tr>
    </w:tbl>
    <w:p w14:paraId="6586FE72" w14:textId="77777777" w:rsidR="008E6051" w:rsidRDefault="008E6051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749"/>
        <w:gridCol w:w="4680"/>
      </w:tblGrid>
      <w:tr w:rsidR="008E6051" w14:paraId="1EDA0ABB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6DC4524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Jméno a příjmení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ABDA0B4" w14:textId="77777777" w:rsidR="008E6051" w:rsidRDefault="008E6051">
            <w:pPr>
              <w:spacing w:after="0"/>
              <w:rPr>
                <w:color w:val="667270"/>
                <w:sz w:val="17"/>
              </w:rPr>
            </w:pPr>
          </w:p>
          <w:p w14:paraId="4B5534DE" w14:textId="32966ACD" w:rsidR="00631894" w:rsidRDefault="00631894">
            <w:pPr>
              <w:spacing w:after="0"/>
            </w:pPr>
          </w:p>
        </w:tc>
      </w:tr>
      <w:tr w:rsidR="008E6051" w14:paraId="16326659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DDA78DC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Adresa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F77278B" w14:textId="77777777" w:rsidR="008E6051" w:rsidRDefault="008E6051">
            <w:pPr>
              <w:spacing w:after="0"/>
              <w:rPr>
                <w:color w:val="667270"/>
                <w:sz w:val="17"/>
              </w:rPr>
            </w:pPr>
          </w:p>
          <w:p w14:paraId="315B49FE" w14:textId="565BFE50" w:rsidR="00631894" w:rsidRDefault="00631894">
            <w:pPr>
              <w:spacing w:after="0"/>
            </w:pPr>
          </w:p>
        </w:tc>
      </w:tr>
      <w:tr w:rsidR="008E6051" w14:paraId="1AFE6772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68D2C57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Telefon / e-mail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4CF6E1D" w14:textId="77777777" w:rsidR="008E6051" w:rsidRDefault="008E6051">
            <w:pPr>
              <w:spacing w:after="0"/>
              <w:rPr>
                <w:color w:val="667270"/>
                <w:sz w:val="17"/>
              </w:rPr>
            </w:pPr>
          </w:p>
          <w:p w14:paraId="10EACE70" w14:textId="61E954D3" w:rsidR="00631894" w:rsidRDefault="00631894">
            <w:pPr>
              <w:spacing w:after="0"/>
            </w:pPr>
          </w:p>
        </w:tc>
      </w:tr>
      <w:tr w:rsidR="008E6051" w14:paraId="669CA001" w14:textId="77777777">
        <w:tc>
          <w:tcPr>
            <w:tcW w:w="468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CD34234" w14:textId="77777777" w:rsidR="008E6051" w:rsidRDefault="008E6051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F9F8ACD" w14:textId="77777777" w:rsidR="008E6051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Žák / žákyně</w:t>
            </w:r>
          </w:p>
        </w:tc>
      </w:tr>
    </w:tbl>
    <w:p w14:paraId="21B335C9" w14:textId="77777777" w:rsidR="008E6051" w:rsidRDefault="008E6051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5429"/>
      </w:tblGrid>
      <w:tr w:rsidR="008E6051" w14:paraId="208BB717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3231750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Jméno a příjmení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3D2E089" w14:textId="77777777" w:rsidR="008E6051" w:rsidRDefault="008E6051">
            <w:pPr>
              <w:spacing w:after="0"/>
              <w:rPr>
                <w:color w:val="667270"/>
                <w:sz w:val="17"/>
              </w:rPr>
            </w:pPr>
          </w:p>
          <w:p w14:paraId="24425A37" w14:textId="49F14A17" w:rsidR="00631894" w:rsidRDefault="00631894">
            <w:pPr>
              <w:spacing w:after="0"/>
            </w:pPr>
          </w:p>
        </w:tc>
      </w:tr>
      <w:tr w:rsidR="008E6051" w14:paraId="2623EA03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AFBAF4B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Třída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250EA0E" w14:textId="77777777" w:rsidR="008E6051" w:rsidRDefault="008E6051">
            <w:pPr>
              <w:spacing w:after="0"/>
              <w:rPr>
                <w:color w:val="667270"/>
                <w:sz w:val="17"/>
              </w:rPr>
            </w:pPr>
          </w:p>
          <w:p w14:paraId="1480A418" w14:textId="23F7B294" w:rsidR="00631894" w:rsidRDefault="00631894">
            <w:pPr>
              <w:spacing w:after="0"/>
            </w:pPr>
          </w:p>
        </w:tc>
      </w:tr>
    </w:tbl>
    <w:p w14:paraId="4AD53EE5" w14:textId="77777777" w:rsidR="008E6051" w:rsidRDefault="00000000">
      <w:pPr>
        <w:spacing w:after="60"/>
      </w:pPr>
      <w:r>
        <w:rPr>
          <w:b/>
        </w:rPr>
        <w:t>Žádám o uvolnění mého dítěte z předmětu tělesná výchova: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E6051" w14:paraId="6660AAEE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DAADCE" w14:textId="77777777" w:rsidR="008E6051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úplně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D4AB723" w14:textId="77777777" w:rsidR="008E6051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částečně</w:t>
            </w:r>
          </w:p>
        </w:tc>
      </w:tr>
    </w:tbl>
    <w:p w14:paraId="258A57FC" w14:textId="77777777" w:rsidR="008E6051" w:rsidRDefault="00000000">
      <w:pPr>
        <w:spacing w:after="40"/>
      </w:pPr>
      <w:r>
        <w:rPr>
          <w:b/>
          <w:color w:val="315E5B"/>
        </w:rPr>
        <w:t>Specifikace částečného uvolnění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E6051" w14:paraId="309DB2F5" w14:textId="77777777">
        <w:tc>
          <w:tcPr>
            <w:tcW w:w="936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49827250" w14:textId="77777777" w:rsidR="008E6051" w:rsidRDefault="008E6051">
            <w:pPr>
              <w:spacing w:after="0"/>
            </w:pPr>
          </w:p>
          <w:p w14:paraId="39C1EABC" w14:textId="77777777" w:rsidR="00631894" w:rsidRDefault="00631894">
            <w:pPr>
              <w:spacing w:after="0"/>
            </w:pPr>
          </w:p>
          <w:p w14:paraId="254541E7" w14:textId="77777777" w:rsidR="00631894" w:rsidRDefault="00631894">
            <w:pPr>
              <w:spacing w:after="0"/>
            </w:pPr>
          </w:p>
          <w:p w14:paraId="02A93688" w14:textId="452FD528" w:rsidR="00631894" w:rsidRDefault="00631894">
            <w:pPr>
              <w:spacing w:after="0"/>
            </w:pPr>
          </w:p>
        </w:tc>
      </w:tr>
    </w:tbl>
    <w:p w14:paraId="2CE739A6" w14:textId="77777777" w:rsidR="008E6051" w:rsidRDefault="00000000">
      <w:pPr>
        <w:spacing w:after="40"/>
      </w:pPr>
      <w:r>
        <w:rPr>
          <w:b/>
          <w:color w:val="315E5B"/>
        </w:rPr>
        <w:t>Důvod uvolnění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749"/>
        <w:gridCol w:w="4680"/>
      </w:tblGrid>
      <w:tr w:rsidR="008E6051" w14:paraId="065E1B03" w14:textId="77777777">
        <w:tc>
          <w:tcPr>
            <w:tcW w:w="9360" w:type="dxa"/>
            <w:gridSpan w:val="3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08D9FAE7" w14:textId="77777777" w:rsidR="008E6051" w:rsidRDefault="008E6051">
            <w:pPr>
              <w:spacing w:after="0"/>
            </w:pPr>
          </w:p>
          <w:p w14:paraId="695FBBF9" w14:textId="77777777" w:rsidR="00631894" w:rsidRDefault="00631894">
            <w:pPr>
              <w:spacing w:after="0"/>
            </w:pPr>
          </w:p>
          <w:p w14:paraId="5DF41CB3" w14:textId="77777777" w:rsidR="00631894" w:rsidRDefault="00631894">
            <w:pPr>
              <w:spacing w:after="0"/>
            </w:pPr>
          </w:p>
          <w:p w14:paraId="0C071284" w14:textId="6CFE0073" w:rsidR="00631894" w:rsidRDefault="00631894">
            <w:pPr>
              <w:spacing w:after="0"/>
            </w:pPr>
          </w:p>
        </w:tc>
      </w:tr>
      <w:tr w:rsidR="008E6051" w14:paraId="41C58125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33EF963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Období uvolnění: od – do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188FF60" w14:textId="77777777" w:rsidR="008E6051" w:rsidRDefault="008E6051">
            <w:pPr>
              <w:spacing w:after="0"/>
            </w:pPr>
          </w:p>
          <w:p w14:paraId="01F226C2" w14:textId="77777777" w:rsidR="00631894" w:rsidRDefault="00631894">
            <w:pPr>
              <w:spacing w:after="0"/>
            </w:pPr>
          </w:p>
        </w:tc>
      </w:tr>
      <w:tr w:rsidR="008E6051" w14:paraId="245B94C5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0F849C6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Příloha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0331FE6" w14:textId="38EB7AC7" w:rsidR="00631894" w:rsidRPr="00631894" w:rsidRDefault="00000000">
            <w:pPr>
              <w:spacing w:after="0"/>
              <w:rPr>
                <w:sz w:val="17"/>
              </w:rPr>
            </w:pPr>
            <w:proofErr w:type="spellStart"/>
            <w:r>
              <w:rPr>
                <w:sz w:val="17"/>
              </w:rPr>
              <w:t>lékařský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posudek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doporučení</w:t>
            </w:r>
            <w:proofErr w:type="spellEnd"/>
          </w:p>
        </w:tc>
      </w:tr>
      <w:tr w:rsidR="008E6051" w14:paraId="32C3D10B" w14:textId="77777777">
        <w:tc>
          <w:tcPr>
            <w:tcW w:w="468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60" w:type="dxa"/>
              <w:left w:w="120" w:type="dxa"/>
              <w:bottom w:w="50" w:type="dxa"/>
              <w:right w:w="120" w:type="dxa"/>
            </w:tcMar>
          </w:tcPr>
          <w:p w14:paraId="5D34E55C" w14:textId="77777777" w:rsidR="00631894" w:rsidRDefault="00631894">
            <w:pPr>
              <w:spacing w:after="40"/>
              <w:jc w:val="center"/>
              <w:rPr>
                <w:color w:val="667270"/>
                <w:sz w:val="17"/>
              </w:rPr>
            </w:pPr>
          </w:p>
          <w:p w14:paraId="02A810D0" w14:textId="77777777" w:rsidR="00631894" w:rsidRDefault="00631894">
            <w:pPr>
              <w:spacing w:after="40"/>
              <w:jc w:val="center"/>
              <w:rPr>
                <w:color w:val="667270"/>
                <w:sz w:val="17"/>
              </w:rPr>
            </w:pPr>
          </w:p>
          <w:p w14:paraId="159812EC" w14:textId="77777777" w:rsidR="00631894" w:rsidRDefault="00631894">
            <w:pPr>
              <w:spacing w:after="40"/>
              <w:jc w:val="center"/>
              <w:rPr>
                <w:color w:val="667270"/>
                <w:sz w:val="17"/>
              </w:rPr>
            </w:pPr>
          </w:p>
          <w:p w14:paraId="3681D0C4" w14:textId="77777777" w:rsidR="00631894" w:rsidRDefault="00631894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1062FC27" w14:textId="77777777" w:rsidR="00631894" w:rsidRDefault="00631894">
            <w:pPr>
              <w:spacing w:after="40"/>
              <w:jc w:val="center"/>
              <w:rPr>
                <w:color w:val="667270"/>
                <w:sz w:val="17"/>
              </w:rPr>
            </w:pPr>
          </w:p>
          <w:p w14:paraId="2A7E01A1" w14:textId="77777777" w:rsidR="00631894" w:rsidRDefault="00631894">
            <w:pPr>
              <w:spacing w:after="40"/>
              <w:jc w:val="center"/>
            </w:pPr>
          </w:p>
          <w:p w14:paraId="5605B2A0" w14:textId="77777777" w:rsidR="008E6051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>V ................................ dne</w:t>
            </w:r>
          </w:p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60" w:type="dxa"/>
              <w:left w:w="120" w:type="dxa"/>
              <w:bottom w:w="50" w:type="dxa"/>
              <w:right w:w="120" w:type="dxa"/>
            </w:tcMar>
          </w:tcPr>
          <w:p w14:paraId="49EE2C34" w14:textId="77777777" w:rsidR="00631894" w:rsidRDefault="00631894">
            <w:pPr>
              <w:spacing w:after="40"/>
              <w:jc w:val="center"/>
              <w:rPr>
                <w:color w:val="667270"/>
                <w:sz w:val="17"/>
              </w:rPr>
            </w:pPr>
          </w:p>
          <w:p w14:paraId="3BBA4242" w14:textId="77777777" w:rsidR="00631894" w:rsidRDefault="00631894">
            <w:pPr>
              <w:spacing w:after="40"/>
              <w:jc w:val="center"/>
              <w:rPr>
                <w:color w:val="667270"/>
                <w:sz w:val="17"/>
              </w:rPr>
            </w:pPr>
          </w:p>
          <w:p w14:paraId="77EAA4CD" w14:textId="77777777" w:rsidR="00631894" w:rsidRDefault="00631894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557138F3" w14:textId="77777777" w:rsidR="00631894" w:rsidRDefault="00631894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131733D1" w14:textId="77777777" w:rsidR="00631894" w:rsidRDefault="00631894">
            <w:pPr>
              <w:spacing w:after="40"/>
              <w:jc w:val="center"/>
              <w:rPr>
                <w:color w:val="667270"/>
                <w:sz w:val="17"/>
              </w:rPr>
            </w:pPr>
          </w:p>
          <w:p w14:paraId="2FE3C400" w14:textId="77777777" w:rsidR="00631894" w:rsidRDefault="00631894">
            <w:pPr>
              <w:spacing w:after="40"/>
              <w:jc w:val="center"/>
            </w:pPr>
          </w:p>
          <w:p w14:paraId="00114D01" w14:textId="77777777" w:rsidR="008E6051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>Podpis zákonného zástupce</w:t>
            </w:r>
          </w:p>
        </w:tc>
      </w:tr>
    </w:tbl>
    <w:p w14:paraId="1D3756E3" w14:textId="77777777" w:rsidR="008E6051" w:rsidRDefault="00000000">
      <w:r>
        <w:br w:type="page"/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E6051" w14:paraId="1163089F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F0CF2F1" w14:textId="77777777" w:rsidR="008E6051" w:rsidRDefault="008E6051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ED0F565" w14:textId="77777777" w:rsidR="008E6051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Vyjádření lékaře</w:t>
            </w:r>
          </w:p>
        </w:tc>
      </w:tr>
    </w:tbl>
    <w:p w14:paraId="1F4E88F1" w14:textId="77777777" w:rsidR="008E6051" w:rsidRDefault="008E6051">
      <w:pPr>
        <w:spacing w:after="0"/>
      </w:pPr>
    </w:p>
    <w:p w14:paraId="22E83C7A" w14:textId="77777777" w:rsidR="008E6051" w:rsidRDefault="00000000">
      <w:pPr>
        <w:spacing w:after="60"/>
      </w:pPr>
      <w:r>
        <w:rPr>
          <w:b/>
        </w:rPr>
        <w:t>Doporučuji uvolnit: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E6051" w14:paraId="5DBF3A10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264CD44" w14:textId="77777777" w:rsidR="008E6051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úplně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238557" w14:textId="77777777" w:rsidR="008E6051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částečně</w:t>
            </w:r>
          </w:p>
        </w:tc>
      </w:tr>
    </w:tbl>
    <w:p w14:paraId="0C236164" w14:textId="77777777" w:rsidR="008E6051" w:rsidRDefault="00000000">
      <w:pPr>
        <w:spacing w:after="40"/>
      </w:pPr>
      <w:r>
        <w:rPr>
          <w:b/>
          <w:color w:val="315E5B"/>
        </w:rPr>
        <w:t>Specifikace omezení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5429"/>
      </w:tblGrid>
      <w:tr w:rsidR="008E6051" w14:paraId="5F54D486" w14:textId="77777777">
        <w:tc>
          <w:tcPr>
            <w:tcW w:w="9360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79640C44" w14:textId="77777777" w:rsidR="008E6051" w:rsidRDefault="008E6051">
            <w:pPr>
              <w:spacing w:after="0"/>
            </w:pPr>
          </w:p>
          <w:p w14:paraId="031A1E22" w14:textId="77777777" w:rsidR="00631894" w:rsidRDefault="00631894">
            <w:pPr>
              <w:spacing w:after="0"/>
            </w:pPr>
          </w:p>
          <w:p w14:paraId="3063ED0F" w14:textId="77777777" w:rsidR="00631894" w:rsidRDefault="00631894">
            <w:pPr>
              <w:spacing w:after="0"/>
            </w:pPr>
          </w:p>
          <w:p w14:paraId="4381A086" w14:textId="77777777" w:rsidR="00631894" w:rsidRDefault="00631894">
            <w:pPr>
              <w:spacing w:after="0"/>
            </w:pPr>
          </w:p>
          <w:p w14:paraId="7FE71670" w14:textId="73A2955F" w:rsidR="00631894" w:rsidRDefault="00631894">
            <w:pPr>
              <w:spacing w:after="0"/>
            </w:pPr>
          </w:p>
        </w:tc>
      </w:tr>
      <w:tr w:rsidR="008E6051" w14:paraId="52AAACD9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46A1309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Období: od – do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61AA735" w14:textId="77777777" w:rsidR="008E6051" w:rsidRDefault="008E6051">
            <w:pPr>
              <w:spacing w:after="0"/>
              <w:rPr>
                <w:color w:val="667270"/>
                <w:sz w:val="17"/>
              </w:rPr>
            </w:pPr>
          </w:p>
          <w:p w14:paraId="2981D1EC" w14:textId="77777777" w:rsidR="00631894" w:rsidRDefault="00631894">
            <w:pPr>
              <w:spacing w:after="0"/>
              <w:rPr>
                <w:color w:val="667270"/>
                <w:sz w:val="17"/>
              </w:rPr>
            </w:pPr>
          </w:p>
          <w:p w14:paraId="046931DD" w14:textId="5F8B5DE2" w:rsidR="00631894" w:rsidRDefault="00631894">
            <w:pPr>
              <w:spacing w:after="0"/>
            </w:pPr>
          </w:p>
        </w:tc>
      </w:tr>
      <w:tr w:rsidR="008E6051" w14:paraId="2A4E939B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8B5D832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Razítko a podpis lékaře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B177F8B" w14:textId="2652BF76" w:rsidR="008E6051" w:rsidRDefault="008E6051">
            <w:pPr>
              <w:spacing w:after="0"/>
              <w:rPr>
                <w:color w:val="667270"/>
                <w:sz w:val="17"/>
              </w:rPr>
            </w:pPr>
          </w:p>
          <w:p w14:paraId="04CFE862" w14:textId="77777777" w:rsidR="00631894" w:rsidRDefault="00631894">
            <w:pPr>
              <w:spacing w:after="0"/>
              <w:rPr>
                <w:color w:val="667270"/>
                <w:sz w:val="17"/>
              </w:rPr>
            </w:pPr>
          </w:p>
          <w:p w14:paraId="644AD824" w14:textId="77777777" w:rsidR="00631894" w:rsidRDefault="00631894">
            <w:pPr>
              <w:spacing w:after="0"/>
              <w:rPr>
                <w:color w:val="667270"/>
                <w:sz w:val="17"/>
              </w:rPr>
            </w:pPr>
          </w:p>
          <w:p w14:paraId="7333EE6C" w14:textId="378D5C52" w:rsidR="00631894" w:rsidRDefault="00631894">
            <w:pPr>
              <w:spacing w:after="0"/>
            </w:pPr>
          </w:p>
        </w:tc>
      </w:tr>
    </w:tbl>
    <w:p w14:paraId="23816A37" w14:textId="77777777" w:rsidR="008E6051" w:rsidRDefault="008E6051"/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E6051" w14:paraId="0EDD8585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6D48FB4" w14:textId="77777777" w:rsidR="008E6051" w:rsidRDefault="008E6051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399D06C" w14:textId="77777777" w:rsidR="008E6051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Vyjádření ředitele / ředitelky školy</w:t>
            </w:r>
          </w:p>
        </w:tc>
      </w:tr>
    </w:tbl>
    <w:p w14:paraId="63580154" w14:textId="77777777" w:rsidR="008E6051" w:rsidRDefault="008E6051">
      <w:pPr>
        <w:spacing w:after="0"/>
      </w:pPr>
    </w:p>
    <w:p w14:paraId="4237CE54" w14:textId="77777777" w:rsidR="008E6051" w:rsidRDefault="00000000">
      <w:pPr>
        <w:spacing w:after="60"/>
      </w:pPr>
      <w:r>
        <w:rPr>
          <w:b/>
        </w:rPr>
        <w:t>Žák/žákyně je uvolněn(a):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E6051" w14:paraId="6A946929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F34C0C" w14:textId="77777777" w:rsidR="008E6051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úplně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DB958E7" w14:textId="77777777" w:rsidR="008E6051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částečně</w:t>
            </w:r>
          </w:p>
        </w:tc>
      </w:tr>
    </w:tbl>
    <w:p w14:paraId="5A934287" w14:textId="77777777" w:rsidR="008E6051" w:rsidRDefault="00000000">
      <w:pPr>
        <w:spacing w:after="40"/>
      </w:pPr>
      <w:r>
        <w:rPr>
          <w:b/>
          <w:color w:val="315E5B"/>
        </w:rPr>
        <w:t>Forma uvolnění / organizační opatření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5429"/>
      </w:tblGrid>
      <w:tr w:rsidR="008E6051" w14:paraId="5F8EE3EA" w14:textId="77777777">
        <w:tc>
          <w:tcPr>
            <w:tcW w:w="9360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5287ABF9" w14:textId="77777777" w:rsidR="008E6051" w:rsidRDefault="008E6051">
            <w:pPr>
              <w:spacing w:after="0"/>
            </w:pPr>
          </w:p>
          <w:p w14:paraId="78EFFEAD" w14:textId="77777777" w:rsidR="00631894" w:rsidRDefault="00631894">
            <w:pPr>
              <w:spacing w:after="0"/>
            </w:pPr>
          </w:p>
          <w:p w14:paraId="62446343" w14:textId="77777777" w:rsidR="00631894" w:rsidRDefault="00631894">
            <w:pPr>
              <w:spacing w:after="0"/>
            </w:pPr>
          </w:p>
          <w:p w14:paraId="5F66276F" w14:textId="77777777" w:rsidR="00631894" w:rsidRDefault="00631894">
            <w:pPr>
              <w:spacing w:after="0"/>
            </w:pPr>
          </w:p>
          <w:p w14:paraId="1E70919D" w14:textId="745F1D4D" w:rsidR="00631894" w:rsidRDefault="00631894">
            <w:pPr>
              <w:spacing w:after="0"/>
            </w:pPr>
          </w:p>
        </w:tc>
      </w:tr>
      <w:tr w:rsidR="008E6051" w14:paraId="2F800F6D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7CA6479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Období: od – do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5D9F302" w14:textId="77777777" w:rsidR="008E6051" w:rsidRDefault="008E6051">
            <w:pPr>
              <w:spacing w:after="0"/>
            </w:pPr>
          </w:p>
          <w:p w14:paraId="7A7D2EF9" w14:textId="1199EEC9" w:rsidR="00631894" w:rsidRDefault="00631894">
            <w:pPr>
              <w:spacing w:after="0"/>
            </w:pPr>
          </w:p>
        </w:tc>
      </w:tr>
      <w:tr w:rsidR="008E6051" w14:paraId="340D0CA0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EDCA3EF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Datum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B909956" w14:textId="77777777" w:rsidR="008E6051" w:rsidRDefault="008E6051">
            <w:pPr>
              <w:spacing w:after="0"/>
            </w:pPr>
          </w:p>
          <w:p w14:paraId="5189F1C6" w14:textId="2031D0AB" w:rsidR="00631894" w:rsidRDefault="00631894">
            <w:pPr>
              <w:spacing w:after="0"/>
            </w:pPr>
          </w:p>
        </w:tc>
      </w:tr>
      <w:tr w:rsidR="008E6051" w14:paraId="3705D0E6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3AA2BD7" w14:textId="77777777" w:rsidR="008E6051" w:rsidRDefault="00000000">
            <w:pPr>
              <w:spacing w:after="0"/>
            </w:pPr>
            <w:r>
              <w:rPr>
                <w:b/>
                <w:color w:val="315E5B"/>
              </w:rPr>
              <w:t>Podpis ředitele / ředitelky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2F1B5ED" w14:textId="77777777" w:rsidR="008E6051" w:rsidRDefault="008E6051">
            <w:pPr>
              <w:spacing w:after="0"/>
            </w:pPr>
          </w:p>
          <w:p w14:paraId="6260CF83" w14:textId="121B20FE" w:rsidR="00631894" w:rsidRDefault="00631894">
            <w:pPr>
              <w:spacing w:after="0"/>
            </w:pPr>
          </w:p>
        </w:tc>
      </w:tr>
    </w:tbl>
    <w:p w14:paraId="752BC824" w14:textId="77777777" w:rsidR="007B0A99" w:rsidRDefault="007B0A99"/>
    <w:sectPr w:rsidR="007B0A99" w:rsidSect="00034616">
      <w:headerReference w:type="default" r:id="rId9"/>
      <w:footerReference w:type="default" r:id="rId10"/>
      <w:pgSz w:w="11906" w:h="16838"/>
      <w:pgMar w:top="737" w:right="822" w:bottom="709" w:left="822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A2B18" w14:textId="77777777" w:rsidR="007B0A99" w:rsidRDefault="007B0A99">
      <w:pPr>
        <w:spacing w:after="0" w:line="240" w:lineRule="auto"/>
      </w:pPr>
      <w:r>
        <w:separator/>
      </w:r>
    </w:p>
  </w:endnote>
  <w:endnote w:type="continuationSeparator" w:id="0">
    <w:p w14:paraId="4D811457" w14:textId="77777777" w:rsidR="007B0A99" w:rsidRDefault="007B0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3C724" w14:textId="77777777" w:rsidR="008E6051" w:rsidRDefault="00000000">
    <w:pPr>
      <w:pStyle w:val="Zpat"/>
      <w:jc w:val="right"/>
    </w:pPr>
    <w:r>
      <w:rPr>
        <w:color w:val="667270"/>
        <w:sz w:val="16"/>
      </w:rPr>
      <w:t xml:space="preserve">UVOLNĚNÍ Z TV   •   Strana </w:t>
    </w:r>
    <w:r>
      <w:rPr>
        <w:color w:val="667270"/>
        <w:sz w:val="16"/>
      </w:rPr>
      <w:fldChar w:fldCharType="begin"/>
    </w:r>
    <w:r>
      <w:rPr>
        <w:color w:val="667270"/>
        <w:sz w:val="16"/>
      </w:rPr>
      <w:instrText xml:space="preserve"> PAGE </w:instrText>
    </w:r>
    <w:r>
      <w:rPr>
        <w:color w:val="667270"/>
        <w:sz w:val="16"/>
      </w:rPr>
      <w:fldChar w:fldCharType="separate"/>
    </w:r>
    <w:r>
      <w:rPr>
        <w:color w:val="667270"/>
        <w:sz w:val="16"/>
      </w:rPr>
      <w:t>1</w:t>
    </w:r>
    <w:r>
      <w:rPr>
        <w:color w:val="6672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30272" w14:textId="77777777" w:rsidR="007B0A99" w:rsidRDefault="007B0A99">
      <w:pPr>
        <w:spacing w:after="0" w:line="240" w:lineRule="auto"/>
      </w:pPr>
      <w:r>
        <w:separator/>
      </w:r>
    </w:p>
  </w:footnote>
  <w:footnote w:type="continuationSeparator" w:id="0">
    <w:p w14:paraId="767B643F" w14:textId="77777777" w:rsidR="007B0A99" w:rsidRDefault="007B0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D7D1F" w14:textId="77777777" w:rsidR="008E6051" w:rsidRDefault="00000000">
    <w:pPr>
      <w:pStyle w:val="Zhlav"/>
      <w:pBdr>
        <w:bottom w:val="single" w:sz="4" w:space="5" w:color="D8E1DE"/>
      </w:pBdr>
      <w:spacing w:after="100"/>
    </w:pPr>
    <w:r>
      <w:rPr>
        <w:b/>
        <w:color w:val="667270"/>
        <w:sz w:val="16"/>
      </w:rPr>
      <w:t>MŠ A ZŠ SLUNÍČKO – MONTESSORI   |   UVOLNĚNÍ Z TV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4971798">
    <w:abstractNumId w:val="8"/>
  </w:num>
  <w:num w:numId="2" w16cid:durableId="25494746">
    <w:abstractNumId w:val="6"/>
  </w:num>
  <w:num w:numId="3" w16cid:durableId="480778886">
    <w:abstractNumId w:val="5"/>
  </w:num>
  <w:num w:numId="4" w16cid:durableId="644701817">
    <w:abstractNumId w:val="4"/>
  </w:num>
  <w:num w:numId="5" w16cid:durableId="2067953289">
    <w:abstractNumId w:val="7"/>
  </w:num>
  <w:num w:numId="6" w16cid:durableId="1663776637">
    <w:abstractNumId w:val="3"/>
  </w:num>
  <w:num w:numId="7" w16cid:durableId="1339770885">
    <w:abstractNumId w:val="2"/>
  </w:num>
  <w:num w:numId="8" w16cid:durableId="1612013960">
    <w:abstractNumId w:val="1"/>
  </w:num>
  <w:num w:numId="9" w16cid:durableId="698317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31894"/>
    <w:rsid w:val="007B0A99"/>
    <w:rsid w:val="008E6051"/>
    <w:rsid w:val="00AA1D8D"/>
    <w:rsid w:val="00B47730"/>
    <w:rsid w:val="00CB0664"/>
    <w:rsid w:val="00F905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4EB8E0"/>
  <w14:defaultImageDpi w14:val="300"/>
  <w15:docId w15:val="{5E20981A-60C0-4AE5-ACB7-E4B4B292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0" w:lineRule="auto"/>
    </w:pPr>
    <w:rPr>
      <w:rFonts w:ascii="Aptos" w:hAnsi="Aptos"/>
      <w:color w:val="34413F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Zadost o uvolneni z TV novy vizual</dc:title>
  <dc:subject/>
  <dc:creator>python-docx</dc:creator>
  <cp:keywords/>
  <dc:description>generated by python-docx</dc:description>
  <cp:lastModifiedBy>PC2 ZSMontessori</cp:lastModifiedBy>
  <cp:revision>2</cp:revision>
  <dcterms:created xsi:type="dcterms:W3CDTF">2026-09-08T09:50:00Z</dcterms:created>
  <dcterms:modified xsi:type="dcterms:W3CDTF">2026-09-08T09:50:00Z</dcterms:modified>
  <cp:category/>
</cp:coreProperties>
</file>