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EBBF4" w14:textId="77777777" w:rsidR="00F02263" w:rsidRDefault="00000000">
      <w:pPr>
        <w:spacing w:before="100" w:after="40"/>
        <w:jc w:val="center"/>
      </w:pPr>
      <w:r>
        <w:rPr>
          <w:noProof/>
        </w:rPr>
        <w:drawing>
          <wp:inline distT="0" distB="0" distL="0" distR="0" wp14:anchorId="4A8F5CBA" wp14:editId="78E51FDD">
            <wp:extent cx="810000" cy="810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0000" cy="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D49E5" w14:textId="77777777" w:rsidR="00F02263" w:rsidRDefault="00000000">
      <w:pPr>
        <w:spacing w:after="0"/>
        <w:jc w:val="center"/>
      </w:pPr>
      <w:r>
        <w:rPr>
          <w:b/>
          <w:sz w:val="20"/>
        </w:rPr>
        <w:t>Mateřská škola a základní škola Sluníčko-Montessori, s.r.o.</w:t>
      </w:r>
    </w:p>
    <w:p w14:paraId="00B8B042" w14:textId="77777777" w:rsidR="00F02263" w:rsidRDefault="00000000">
      <w:pPr>
        <w:spacing w:after="160"/>
        <w:jc w:val="center"/>
      </w:pPr>
      <w:r>
        <w:rPr>
          <w:color w:val="667270"/>
          <w:sz w:val="18"/>
        </w:rPr>
        <w:t>Šrámkova 14, 638 00 Brno, IČO 25338790</w:t>
      </w:r>
    </w:p>
    <w:p w14:paraId="484E9431" w14:textId="77777777" w:rsidR="00F02263" w:rsidRDefault="00000000">
      <w:pPr>
        <w:spacing w:after="60"/>
        <w:jc w:val="center"/>
      </w:pPr>
      <w:r>
        <w:rPr>
          <w:b/>
          <w:color w:val="D89A28"/>
          <w:sz w:val="17"/>
        </w:rPr>
        <w:t>ORGANIZAČNÍ FORMULÁŘ</w:t>
      </w:r>
    </w:p>
    <w:p w14:paraId="0997E8D5" w14:textId="77777777" w:rsidR="00F02263" w:rsidRDefault="00000000">
      <w:pPr>
        <w:spacing w:after="160"/>
        <w:jc w:val="center"/>
      </w:pPr>
      <w:r>
        <w:rPr>
          <w:b/>
          <w:color w:val="315E5B"/>
          <w:sz w:val="38"/>
        </w:rPr>
        <w:t>Žádost o uvolnění z výuky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02263" w14:paraId="1854DE68" w14:textId="77777777"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D89A2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23CBE7D5" w14:textId="77777777" w:rsidR="00F02263" w:rsidRDefault="00F02263"/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FF5F2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60898F8C" w14:textId="77777777" w:rsidR="00F02263" w:rsidRDefault="00000000">
            <w:pPr>
              <w:spacing w:after="0"/>
            </w:pPr>
            <w:r>
              <w:rPr>
                <w:b/>
                <w:color w:val="315E5B"/>
                <w:sz w:val="25"/>
              </w:rPr>
              <w:t>Údaje o žákovi / žákyni</w:t>
            </w:r>
          </w:p>
        </w:tc>
      </w:tr>
    </w:tbl>
    <w:p w14:paraId="0AE4E884" w14:textId="77777777" w:rsidR="00F02263" w:rsidRDefault="00F02263">
      <w:pPr>
        <w:spacing w:after="2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02263" w14:paraId="0A2345A5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0AB8D44B" w14:textId="77777777" w:rsidR="00F02263" w:rsidRDefault="00000000">
            <w:pPr>
              <w:spacing w:after="0"/>
            </w:pPr>
            <w:r>
              <w:rPr>
                <w:b/>
                <w:color w:val="315E5B"/>
              </w:rPr>
              <w:t>Jméno a příjmení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1ED879B" w14:textId="77777777" w:rsidR="00F02263" w:rsidRDefault="00F02263">
            <w:pPr>
              <w:spacing w:after="0"/>
            </w:pPr>
          </w:p>
          <w:p w14:paraId="6FB4E788" w14:textId="41949CE7" w:rsidR="00334EF0" w:rsidRDefault="00334EF0">
            <w:pPr>
              <w:spacing w:after="0"/>
            </w:pPr>
          </w:p>
        </w:tc>
      </w:tr>
      <w:tr w:rsidR="00F02263" w14:paraId="3B1F4B92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06337A86" w14:textId="77777777" w:rsidR="00F02263" w:rsidRDefault="00000000">
            <w:pPr>
              <w:spacing w:after="0"/>
            </w:pPr>
            <w:r>
              <w:rPr>
                <w:b/>
                <w:color w:val="315E5B"/>
              </w:rPr>
              <w:t>Třída ZŠ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B9A831E" w14:textId="77777777" w:rsidR="00F02263" w:rsidRDefault="00F02263">
            <w:pPr>
              <w:spacing w:after="0"/>
            </w:pPr>
          </w:p>
          <w:p w14:paraId="7FF02744" w14:textId="7D542D1F" w:rsidR="00334EF0" w:rsidRDefault="00334EF0">
            <w:pPr>
              <w:spacing w:after="0"/>
            </w:pPr>
          </w:p>
        </w:tc>
      </w:tr>
      <w:tr w:rsidR="00F02263" w14:paraId="3D1964D2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AA30139" w14:textId="77777777" w:rsidR="00F02263" w:rsidRDefault="00000000">
            <w:pPr>
              <w:spacing w:after="0"/>
            </w:pPr>
            <w:r>
              <w:rPr>
                <w:b/>
                <w:color w:val="315E5B"/>
              </w:rPr>
              <w:t>Termín od – do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AEDB81D" w14:textId="77777777" w:rsidR="00F02263" w:rsidRDefault="00F02263">
            <w:pPr>
              <w:spacing w:after="0"/>
            </w:pPr>
          </w:p>
          <w:p w14:paraId="1A72B1BD" w14:textId="2153EAFC" w:rsidR="00334EF0" w:rsidRDefault="00334EF0">
            <w:pPr>
              <w:spacing w:after="0"/>
            </w:pPr>
          </w:p>
        </w:tc>
      </w:tr>
    </w:tbl>
    <w:p w14:paraId="123D98DE" w14:textId="77777777" w:rsidR="00F02263" w:rsidRDefault="00000000">
      <w:pPr>
        <w:spacing w:before="160" w:after="60"/>
      </w:pPr>
      <w:r>
        <w:rPr>
          <w:b/>
          <w:color w:val="315E5B"/>
          <w:sz w:val="20"/>
        </w:rPr>
        <w:t>Odůvodnění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9360"/>
      </w:tblGrid>
      <w:tr w:rsidR="00F02263" w14:paraId="0C9ACE5C" w14:textId="77777777">
        <w:tc>
          <w:tcPr>
            <w:tcW w:w="936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100" w:type="dxa"/>
              <w:left w:w="125" w:type="dxa"/>
              <w:bottom w:w="100" w:type="dxa"/>
              <w:right w:w="125" w:type="dxa"/>
            </w:tcMar>
          </w:tcPr>
          <w:p w14:paraId="01FCDDE8" w14:textId="77777777" w:rsidR="00F02263" w:rsidRDefault="00F02263">
            <w:pPr>
              <w:spacing w:after="0"/>
            </w:pPr>
          </w:p>
          <w:p w14:paraId="29C75883" w14:textId="77777777" w:rsidR="00334EF0" w:rsidRDefault="00334EF0">
            <w:pPr>
              <w:spacing w:after="0"/>
            </w:pPr>
          </w:p>
          <w:p w14:paraId="693239EF" w14:textId="77777777" w:rsidR="00334EF0" w:rsidRDefault="00334EF0">
            <w:pPr>
              <w:spacing w:after="0"/>
            </w:pPr>
          </w:p>
          <w:p w14:paraId="6AD5946F" w14:textId="77777777" w:rsidR="00334EF0" w:rsidRDefault="00334EF0">
            <w:pPr>
              <w:spacing w:after="0"/>
            </w:pPr>
          </w:p>
          <w:p w14:paraId="04D22324" w14:textId="0CBD2278" w:rsidR="00334EF0" w:rsidRDefault="00334EF0">
            <w:pPr>
              <w:spacing w:after="0"/>
            </w:pPr>
          </w:p>
        </w:tc>
      </w:tr>
    </w:tbl>
    <w:p w14:paraId="29EB4E54" w14:textId="77777777" w:rsidR="00F02263" w:rsidRDefault="00000000">
      <w:pPr>
        <w:spacing w:before="180" w:after="160"/>
      </w:pPr>
      <w:r>
        <w:rPr>
          <w:sz w:val="18"/>
        </w:rPr>
        <w:t>Tímto Vás žádám o uvolnění z výuky. Učivo probírané v době nepřítomnosti žáka doplníme v rámci domácí přípravy.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02263" w14:paraId="52EC6DB9" w14:textId="77777777"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D89A28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4328BB1E" w14:textId="77777777" w:rsidR="00F02263" w:rsidRDefault="00F02263"/>
        </w:tc>
        <w:tc>
          <w:tcPr>
            <w:tcW w:w="468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  <w:shd w:val="clear" w:color="auto" w:fill="EFF5F2"/>
            <w:tcMar>
              <w:top w:w="85" w:type="dxa"/>
              <w:left w:w="110" w:type="dxa"/>
              <w:bottom w:w="85" w:type="dxa"/>
              <w:right w:w="110" w:type="dxa"/>
            </w:tcMar>
            <w:vAlign w:val="center"/>
          </w:tcPr>
          <w:p w14:paraId="0C9F3622" w14:textId="77777777" w:rsidR="00F02263" w:rsidRDefault="00000000">
            <w:pPr>
              <w:spacing w:after="0"/>
            </w:pPr>
            <w:r>
              <w:rPr>
                <w:b/>
                <w:color w:val="315E5B"/>
                <w:sz w:val="25"/>
              </w:rPr>
              <w:t>Zákonný zástupce</w:t>
            </w:r>
          </w:p>
        </w:tc>
      </w:tr>
    </w:tbl>
    <w:p w14:paraId="533A34F6" w14:textId="77777777" w:rsidR="00F02263" w:rsidRDefault="00F02263">
      <w:pPr>
        <w:spacing w:after="20"/>
      </w:pP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02263" w14:paraId="4F16BFF7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B0EAAA3" w14:textId="77777777" w:rsidR="00F02263" w:rsidRDefault="00000000">
            <w:pPr>
              <w:spacing w:after="0"/>
            </w:pPr>
            <w:r>
              <w:rPr>
                <w:b/>
                <w:color w:val="315E5B"/>
              </w:rPr>
              <w:t>Jméno a příjmení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5659B95D" w14:textId="77777777" w:rsidR="00F02263" w:rsidRDefault="00F02263">
            <w:pPr>
              <w:spacing w:after="0"/>
            </w:pPr>
          </w:p>
          <w:p w14:paraId="7CB53748" w14:textId="536DE2D3" w:rsidR="00334EF0" w:rsidRDefault="00334EF0">
            <w:pPr>
              <w:spacing w:after="0"/>
            </w:pPr>
          </w:p>
        </w:tc>
      </w:tr>
      <w:tr w:rsidR="00F02263" w14:paraId="2772D1B1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36CF357B" w14:textId="77777777" w:rsidR="00F02263" w:rsidRDefault="00000000">
            <w:pPr>
              <w:spacing w:after="0"/>
            </w:pPr>
            <w:r>
              <w:rPr>
                <w:b/>
                <w:color w:val="315E5B"/>
              </w:rPr>
              <w:t>Datum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16DA5185" w14:textId="77777777" w:rsidR="00F02263" w:rsidRDefault="00F02263">
            <w:pPr>
              <w:spacing w:after="0"/>
            </w:pPr>
          </w:p>
          <w:p w14:paraId="464385DA" w14:textId="4B28FF4C" w:rsidR="00334EF0" w:rsidRDefault="00334EF0">
            <w:pPr>
              <w:spacing w:after="0"/>
            </w:pPr>
          </w:p>
        </w:tc>
      </w:tr>
      <w:tr w:rsidR="00F02263" w14:paraId="68C34617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3D9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AE33070" w14:textId="77777777" w:rsidR="00F02263" w:rsidRDefault="00000000">
            <w:pPr>
              <w:spacing w:after="0"/>
            </w:pPr>
            <w:r>
              <w:rPr>
                <w:b/>
                <w:color w:val="315E5B"/>
              </w:rPr>
              <w:t>Podpis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FFFFFF"/>
            <w:tcMar>
              <w:top w:w="85" w:type="dxa"/>
              <w:left w:w="115" w:type="dxa"/>
              <w:bottom w:w="85" w:type="dxa"/>
              <w:right w:w="115" w:type="dxa"/>
            </w:tcMar>
            <w:vAlign w:val="center"/>
          </w:tcPr>
          <w:p w14:paraId="752947AA" w14:textId="77777777" w:rsidR="00F02263" w:rsidRDefault="00F02263">
            <w:pPr>
              <w:spacing w:after="0"/>
            </w:pPr>
          </w:p>
          <w:p w14:paraId="78C64147" w14:textId="5AEBE162" w:rsidR="00334EF0" w:rsidRDefault="00334EF0">
            <w:pPr>
              <w:spacing w:after="0"/>
            </w:pPr>
          </w:p>
        </w:tc>
      </w:tr>
    </w:tbl>
    <w:p w14:paraId="2664BF97" w14:textId="77777777" w:rsidR="00F02263" w:rsidRDefault="00000000">
      <w:pPr>
        <w:spacing w:before="180" w:after="60"/>
      </w:pPr>
      <w:r>
        <w:rPr>
          <w:b/>
          <w:color w:val="D89A28"/>
          <w:sz w:val="17"/>
        </w:rPr>
        <w:t>VYJÁDŘENÍ ŠKOLY</w:t>
      </w:r>
    </w:p>
    <w:tbl>
      <w:tblPr>
        <w:tblW w:w="9360" w:type="dxa"/>
        <w:tblLayout w:type="fixed"/>
        <w:tblLook w:val="04A0" w:firstRow="1" w:lastRow="0" w:firstColumn="1" w:lastColumn="0" w:noHBand="0" w:noVBand="1"/>
      </w:tblPr>
      <w:tblGrid>
        <w:gridCol w:w="4680"/>
        <w:gridCol w:w="4680"/>
      </w:tblGrid>
      <w:tr w:rsidR="00F02263" w14:paraId="15296AFD" w14:textId="77777777"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EFF5F2"/>
            <w:tcMar>
              <w:top w:w="110" w:type="dxa"/>
              <w:left w:w="150" w:type="dxa"/>
              <w:bottom w:w="90" w:type="dxa"/>
              <w:right w:w="150" w:type="dxa"/>
            </w:tcMar>
          </w:tcPr>
          <w:p w14:paraId="0216D887" w14:textId="77777777" w:rsidR="00F02263" w:rsidRDefault="00000000">
            <w:pPr>
              <w:spacing w:after="260"/>
              <w:jc w:val="center"/>
              <w:rPr>
                <w:b/>
                <w:color w:val="315E5B"/>
                <w:sz w:val="22"/>
              </w:rPr>
            </w:pPr>
            <w:proofErr w:type="spellStart"/>
            <w:r>
              <w:rPr>
                <w:b/>
                <w:color w:val="315E5B"/>
                <w:sz w:val="22"/>
              </w:rPr>
              <w:t>Doporučuji</w:t>
            </w:r>
            <w:proofErr w:type="spellEnd"/>
          </w:p>
          <w:p w14:paraId="1B5A811F" w14:textId="77777777" w:rsidR="00334EF0" w:rsidRDefault="00334EF0">
            <w:pPr>
              <w:spacing w:after="260"/>
              <w:jc w:val="center"/>
            </w:pPr>
          </w:p>
          <w:p w14:paraId="417D7042" w14:textId="77777777" w:rsidR="00F02263" w:rsidRDefault="00000000">
            <w:pPr>
              <w:spacing w:after="20"/>
              <w:jc w:val="center"/>
            </w:pPr>
            <w:r>
              <w:rPr>
                <w:color w:val="667270"/>
                <w:sz w:val="17"/>
              </w:rPr>
              <w:t>________________________________</w:t>
            </w:r>
          </w:p>
          <w:p w14:paraId="04487D2F" w14:textId="77777777" w:rsidR="00F02263" w:rsidRDefault="00000000">
            <w:pPr>
              <w:spacing w:after="0"/>
              <w:jc w:val="center"/>
            </w:pPr>
            <w:r>
              <w:rPr>
                <w:color w:val="667270"/>
                <w:sz w:val="16"/>
              </w:rPr>
              <w:t>třídní učitel/ka</w:t>
            </w:r>
          </w:p>
        </w:tc>
        <w:tc>
          <w:tcPr>
            <w:tcW w:w="4680" w:type="dxa"/>
            <w:tcBorders>
              <w:top w:val="single" w:sz="4" w:space="0" w:color="D8E1DE"/>
              <w:left w:val="single" w:sz="4" w:space="0" w:color="D8E1DE"/>
              <w:bottom w:val="single" w:sz="4" w:space="0" w:color="D8E1DE"/>
              <w:right w:val="single" w:sz="4" w:space="0" w:color="D8E1DE"/>
            </w:tcBorders>
            <w:shd w:val="clear" w:color="auto" w:fill="EFF5F2"/>
            <w:tcMar>
              <w:top w:w="110" w:type="dxa"/>
              <w:left w:w="150" w:type="dxa"/>
              <w:bottom w:w="90" w:type="dxa"/>
              <w:right w:w="150" w:type="dxa"/>
            </w:tcMar>
          </w:tcPr>
          <w:p w14:paraId="6BF71916" w14:textId="77777777" w:rsidR="00F02263" w:rsidRDefault="00000000">
            <w:pPr>
              <w:jc w:val="center"/>
              <w:rPr>
                <w:b/>
                <w:color w:val="315E5B"/>
                <w:sz w:val="22"/>
              </w:rPr>
            </w:pPr>
            <w:proofErr w:type="spellStart"/>
            <w:r>
              <w:rPr>
                <w:b/>
                <w:color w:val="315E5B"/>
                <w:sz w:val="22"/>
              </w:rPr>
              <w:t>Povoluji</w:t>
            </w:r>
            <w:proofErr w:type="spellEnd"/>
          </w:p>
          <w:p w14:paraId="0A4EAB06" w14:textId="77777777" w:rsidR="00334EF0" w:rsidRDefault="00334EF0">
            <w:pPr>
              <w:jc w:val="center"/>
              <w:rPr>
                <w:b/>
                <w:color w:val="315E5B"/>
                <w:sz w:val="22"/>
              </w:rPr>
            </w:pPr>
          </w:p>
          <w:p w14:paraId="33010B87" w14:textId="77777777" w:rsidR="00334EF0" w:rsidRDefault="00334EF0">
            <w:pPr>
              <w:jc w:val="center"/>
            </w:pPr>
          </w:p>
          <w:p w14:paraId="018A56DC" w14:textId="77777777" w:rsidR="00F02263" w:rsidRDefault="00000000">
            <w:pPr>
              <w:spacing w:after="20"/>
              <w:jc w:val="center"/>
            </w:pPr>
            <w:r>
              <w:rPr>
                <w:color w:val="667270"/>
                <w:sz w:val="17"/>
              </w:rPr>
              <w:t>________________________________</w:t>
            </w:r>
          </w:p>
          <w:p w14:paraId="3332DEC2" w14:textId="77777777" w:rsidR="00F02263" w:rsidRDefault="00000000">
            <w:pPr>
              <w:spacing w:after="0"/>
              <w:jc w:val="center"/>
            </w:pPr>
            <w:r>
              <w:rPr>
                <w:b/>
                <w:sz w:val="16"/>
              </w:rPr>
              <w:t>Mgr. Alena Bilerová</w:t>
            </w:r>
          </w:p>
          <w:p w14:paraId="41989218" w14:textId="77777777" w:rsidR="00F02263" w:rsidRDefault="00000000">
            <w:pPr>
              <w:spacing w:after="0"/>
              <w:jc w:val="center"/>
            </w:pPr>
            <w:r>
              <w:rPr>
                <w:color w:val="667270"/>
                <w:sz w:val="14"/>
              </w:rPr>
              <w:t>ředitelka MŠ a ZŠ Sluníčko-Montessori, s.r.o.</w:t>
            </w:r>
          </w:p>
        </w:tc>
      </w:tr>
    </w:tbl>
    <w:p w14:paraId="70FA39FC" w14:textId="77777777" w:rsidR="00EA64F5" w:rsidRDefault="00EA64F5"/>
    <w:sectPr w:rsidR="00EA64F5" w:rsidSect="00034616">
      <w:headerReference w:type="default" r:id="rId9"/>
      <w:footerReference w:type="default" r:id="rId10"/>
      <w:pgSz w:w="11906" w:h="16838"/>
      <w:pgMar w:top="765" w:right="822" w:bottom="737" w:left="822" w:header="312" w:footer="36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2ABC5F" w14:textId="77777777" w:rsidR="00EA64F5" w:rsidRDefault="00EA64F5">
      <w:pPr>
        <w:spacing w:after="0" w:line="240" w:lineRule="auto"/>
      </w:pPr>
      <w:r>
        <w:separator/>
      </w:r>
    </w:p>
  </w:endnote>
  <w:endnote w:type="continuationSeparator" w:id="0">
    <w:p w14:paraId="0614277B" w14:textId="77777777" w:rsidR="00EA64F5" w:rsidRDefault="00EA64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3D1800" w14:textId="77777777" w:rsidR="00F02263" w:rsidRDefault="00000000">
    <w:pPr>
      <w:pStyle w:val="Zpat"/>
      <w:jc w:val="right"/>
    </w:pPr>
    <w:r>
      <w:rPr>
        <w:color w:val="667270"/>
        <w:sz w:val="17"/>
      </w:rPr>
      <w:t xml:space="preserve">ŽÁDOST   •   Strana </w:t>
    </w:r>
    <w:r>
      <w:rPr>
        <w:color w:val="667270"/>
        <w:sz w:val="17"/>
      </w:rPr>
      <w:fldChar w:fldCharType="begin"/>
    </w:r>
    <w:r>
      <w:rPr>
        <w:color w:val="667270"/>
        <w:sz w:val="17"/>
      </w:rPr>
      <w:instrText xml:space="preserve"> PAGE </w:instrText>
    </w:r>
    <w:r>
      <w:rPr>
        <w:color w:val="667270"/>
        <w:sz w:val="17"/>
      </w:rPr>
      <w:fldChar w:fldCharType="separate"/>
    </w:r>
    <w:r>
      <w:rPr>
        <w:color w:val="667270"/>
        <w:sz w:val="17"/>
      </w:rPr>
      <w:t>1</w:t>
    </w:r>
    <w:r>
      <w:rPr>
        <w:color w:val="667270"/>
        <w:sz w:val="1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1783DE" w14:textId="77777777" w:rsidR="00EA64F5" w:rsidRDefault="00EA64F5">
      <w:pPr>
        <w:spacing w:after="0" w:line="240" w:lineRule="auto"/>
      </w:pPr>
      <w:r>
        <w:separator/>
      </w:r>
    </w:p>
  </w:footnote>
  <w:footnote w:type="continuationSeparator" w:id="0">
    <w:p w14:paraId="3DA095A4" w14:textId="77777777" w:rsidR="00EA64F5" w:rsidRDefault="00EA64F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A29372" w14:textId="77777777" w:rsidR="00F02263" w:rsidRDefault="00000000">
    <w:pPr>
      <w:pStyle w:val="Zhlav"/>
      <w:pBdr>
        <w:bottom w:val="single" w:sz="4" w:space="5" w:color="D8E1DE"/>
      </w:pBdr>
      <w:spacing w:after="100"/>
    </w:pPr>
    <w:r>
      <w:rPr>
        <w:b/>
        <w:color w:val="667270"/>
        <w:sz w:val="16"/>
      </w:rPr>
      <w:t>MŠ A ZŠ SLUNÍČKO – MONTESSORI   |   ŽÁDOST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Se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Se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Se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1185152">
    <w:abstractNumId w:val="8"/>
  </w:num>
  <w:num w:numId="2" w16cid:durableId="626206642">
    <w:abstractNumId w:val="6"/>
  </w:num>
  <w:num w:numId="3" w16cid:durableId="641422906">
    <w:abstractNumId w:val="5"/>
  </w:num>
  <w:num w:numId="4" w16cid:durableId="1318879160">
    <w:abstractNumId w:val="4"/>
  </w:num>
  <w:num w:numId="5" w16cid:durableId="380131427">
    <w:abstractNumId w:val="7"/>
  </w:num>
  <w:num w:numId="6" w16cid:durableId="1744251398">
    <w:abstractNumId w:val="3"/>
  </w:num>
  <w:num w:numId="7" w16cid:durableId="88890974">
    <w:abstractNumId w:val="2"/>
  </w:num>
  <w:num w:numId="8" w16cid:durableId="1411586594">
    <w:abstractNumId w:val="1"/>
  </w:num>
  <w:num w:numId="9" w16cid:durableId="794508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334EF0"/>
    <w:rsid w:val="00AA1D8D"/>
    <w:rsid w:val="00B47730"/>
    <w:rsid w:val="00CB0664"/>
    <w:rsid w:val="00EA64F5"/>
    <w:rsid w:val="00F02263"/>
    <w:rsid w:val="00F9051C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91EA286"/>
  <w14:defaultImageDpi w14:val="300"/>
  <w15:docId w15:val="{5E20981A-60C0-4AE5-ACB7-E4B4B292B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C693F"/>
    <w:pPr>
      <w:spacing w:after="100" w:line="259" w:lineRule="auto"/>
    </w:pPr>
    <w:rPr>
      <w:rFonts w:ascii="Aptos" w:hAnsi="Aptos"/>
      <w:color w:val="34413F"/>
      <w:sz w:val="19"/>
    </w:rPr>
  </w:style>
  <w:style w:type="paragraph" w:styleId="Nadpis1">
    <w:name w:val="heading 1"/>
    <w:basedOn w:val="Normln"/>
    <w:next w:val="Normln"/>
    <w:link w:val="Nadpis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618BF"/>
  </w:style>
  <w:style w:type="paragraph" w:styleId="Zpat">
    <w:name w:val="footer"/>
    <w:basedOn w:val="Normln"/>
    <w:link w:val="Zpat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618BF"/>
  </w:style>
  <w:style w:type="paragraph" w:styleId="Bezmezer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Standardnpsmoodstavce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Standardnpsmoodstavce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Standardnpsmoodstavce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ev">
    <w:name w:val="Title"/>
    <w:basedOn w:val="Normln"/>
    <w:next w:val="Normln"/>
    <w:link w:val="Nze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zevChar">
    <w:name w:val="Název Char"/>
    <w:basedOn w:val="Standardnpsmoodstavce"/>
    <w:link w:val="Nze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dpisChar">
    <w:name w:val="Podnadpis Char"/>
    <w:basedOn w:val="Standardnpsmoodstavce"/>
    <w:link w:val="Podnadpis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í text Char"/>
    <w:basedOn w:val="Standardnpsmoodstavce"/>
    <w:link w:val="Zkladntext"/>
    <w:uiPriority w:val="99"/>
    <w:rsid w:val="00AA1D8D"/>
  </w:style>
  <w:style w:type="paragraph" w:styleId="Zkladntext2">
    <w:name w:val="Body Text 2"/>
    <w:basedOn w:val="Normln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rsid w:val="00AA1D8D"/>
  </w:style>
  <w:style w:type="paragraph" w:styleId="Zkladntext3">
    <w:name w:val="Body Text 3"/>
    <w:basedOn w:val="Normln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A1D8D"/>
    <w:rPr>
      <w:sz w:val="16"/>
      <w:szCs w:val="16"/>
    </w:rPr>
  </w:style>
  <w:style w:type="paragraph" w:styleId="Seznam">
    <w:name w:val="List"/>
    <w:basedOn w:val="Norml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orml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ormln"/>
    <w:uiPriority w:val="99"/>
    <w:unhideWhenUsed/>
    <w:rsid w:val="00326F90"/>
    <w:pPr>
      <w:ind w:left="1080" w:hanging="360"/>
      <w:contextualSpacing/>
    </w:pPr>
  </w:style>
  <w:style w:type="paragraph" w:styleId="Seznamsodrkami">
    <w:name w:val="List Bullet"/>
    <w:basedOn w:val="Normln"/>
    <w:uiPriority w:val="99"/>
    <w:unhideWhenUsed/>
    <w:rsid w:val="00326F90"/>
    <w:pPr>
      <w:numPr>
        <w:numId w:val="1"/>
      </w:numPr>
      <w:contextualSpacing/>
    </w:pPr>
  </w:style>
  <w:style w:type="paragraph" w:styleId="Seznamsodrkami2">
    <w:name w:val="List Bullet 2"/>
    <w:basedOn w:val="Normln"/>
    <w:uiPriority w:val="99"/>
    <w:unhideWhenUsed/>
    <w:rsid w:val="00326F90"/>
    <w:pPr>
      <w:numPr>
        <w:numId w:val="2"/>
      </w:numPr>
      <w:contextualSpacing/>
    </w:pPr>
  </w:style>
  <w:style w:type="paragraph" w:styleId="Seznamsodrkami3">
    <w:name w:val="List Bullet 3"/>
    <w:basedOn w:val="Normln"/>
    <w:uiPriority w:val="99"/>
    <w:unhideWhenUsed/>
    <w:rsid w:val="00326F90"/>
    <w:pPr>
      <w:numPr>
        <w:numId w:val="3"/>
      </w:numPr>
      <w:contextualSpacing/>
    </w:pPr>
  </w:style>
  <w:style w:type="paragraph" w:styleId="slovanseznam">
    <w:name w:val="List Number"/>
    <w:basedOn w:val="Normln"/>
    <w:uiPriority w:val="99"/>
    <w:unhideWhenUsed/>
    <w:rsid w:val="00326F90"/>
    <w:pPr>
      <w:numPr>
        <w:numId w:val="5"/>
      </w:numPr>
      <w:contextualSpacing/>
    </w:pPr>
  </w:style>
  <w:style w:type="paragraph" w:styleId="slovanseznam2">
    <w:name w:val="List Number 2"/>
    <w:basedOn w:val="Normln"/>
    <w:uiPriority w:val="99"/>
    <w:unhideWhenUsed/>
    <w:rsid w:val="0029639D"/>
    <w:pPr>
      <w:numPr>
        <w:numId w:val="6"/>
      </w:numPr>
      <w:contextualSpacing/>
    </w:pPr>
  </w:style>
  <w:style w:type="paragraph" w:styleId="slovanseznam3">
    <w:name w:val="List Number 3"/>
    <w:basedOn w:val="Normln"/>
    <w:uiPriority w:val="99"/>
    <w:unhideWhenUsed/>
    <w:rsid w:val="0029639D"/>
    <w:pPr>
      <w:numPr>
        <w:numId w:val="7"/>
      </w:numPr>
      <w:contextualSpacing/>
    </w:pPr>
  </w:style>
  <w:style w:type="paragraph" w:styleId="Pokraovnseznamu">
    <w:name w:val="List Continue"/>
    <w:basedOn w:val="Normln"/>
    <w:uiPriority w:val="99"/>
    <w:unhideWhenUsed/>
    <w:rsid w:val="0029639D"/>
    <w:pPr>
      <w:spacing w:after="120"/>
      <w:ind w:left="360"/>
      <w:contextualSpacing/>
    </w:pPr>
  </w:style>
  <w:style w:type="paragraph" w:styleId="Pokraovnseznamu2">
    <w:name w:val="List Continue 2"/>
    <w:basedOn w:val="Normln"/>
    <w:uiPriority w:val="99"/>
    <w:unhideWhenUsed/>
    <w:rsid w:val="0029639D"/>
    <w:pPr>
      <w:spacing w:after="120"/>
      <w:ind w:left="720"/>
      <w:contextualSpacing/>
    </w:pPr>
  </w:style>
  <w:style w:type="paragraph" w:styleId="Pokraovnseznamu3">
    <w:name w:val="List Continue 3"/>
    <w:basedOn w:val="Normln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Standardnpsmoodstavce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t">
    <w:name w:val="Quote"/>
    <w:basedOn w:val="Normln"/>
    <w:next w:val="Normln"/>
    <w:link w:val="CittChar"/>
    <w:uiPriority w:val="29"/>
    <w:qFormat/>
    <w:rsid w:val="00FC693F"/>
    <w:rPr>
      <w:i/>
      <w:iCs/>
      <w:color w:val="000000" w:themeColor="text1"/>
    </w:rPr>
  </w:style>
  <w:style w:type="character" w:customStyle="1" w:styleId="CittChar">
    <w:name w:val="Citát Char"/>
    <w:basedOn w:val="Standardnpsmoodstavce"/>
    <w:link w:val="Citt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iln">
    <w:name w:val="Strong"/>
    <w:basedOn w:val="Standardnpsmoodstavce"/>
    <w:uiPriority w:val="22"/>
    <w:qFormat/>
    <w:rsid w:val="00FC693F"/>
    <w:rPr>
      <w:b/>
      <w:bCs/>
    </w:rPr>
  </w:style>
  <w:style w:type="character" w:styleId="Zdraznn">
    <w:name w:val="Emphasis"/>
    <w:basedOn w:val="Standardnpsmoodstavce"/>
    <w:uiPriority w:val="20"/>
    <w:qFormat/>
    <w:rsid w:val="00FC693F"/>
    <w:rPr>
      <w:i/>
      <w:iCs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C693F"/>
    <w:rPr>
      <w:b/>
      <w:bCs/>
      <w:i/>
      <w:iCs/>
      <w:color w:val="4F81BD" w:themeColor="accent1"/>
    </w:rPr>
  </w:style>
  <w:style w:type="character" w:styleId="Zdraznnjemn">
    <w:name w:val="Subtle Emphasis"/>
    <w:basedOn w:val="Standardnpsmoodstavce"/>
    <w:uiPriority w:val="19"/>
    <w:qFormat/>
    <w:rsid w:val="00FC693F"/>
    <w:rPr>
      <w:i/>
      <w:iCs/>
      <w:color w:val="808080" w:themeColor="text1" w:themeTint="7F"/>
    </w:rPr>
  </w:style>
  <w:style w:type="character" w:styleId="Zdraznnintenzivn">
    <w:name w:val="Intense Emphasis"/>
    <w:basedOn w:val="Standardnpsmoodstavce"/>
    <w:uiPriority w:val="21"/>
    <w:qFormat/>
    <w:rsid w:val="00FC693F"/>
    <w:rPr>
      <w:b/>
      <w:bCs/>
      <w:i/>
      <w:iCs/>
      <w:color w:val="4F81BD" w:themeColor="accent1"/>
    </w:rPr>
  </w:style>
  <w:style w:type="character" w:styleId="Odkazjemn">
    <w:name w:val="Subtle Reference"/>
    <w:basedOn w:val="Standardnpsmoodstavce"/>
    <w:uiPriority w:val="31"/>
    <w:qFormat/>
    <w:rsid w:val="00FC693F"/>
    <w:rPr>
      <w:smallCaps/>
      <w:color w:val="C0504D" w:themeColor="accent2"/>
      <w:u w:val="single"/>
    </w:rPr>
  </w:style>
  <w:style w:type="character" w:styleId="Odkazintenzivn">
    <w:name w:val="Intense Reference"/>
    <w:basedOn w:val="Standardnpsmoodstavce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evknihy">
    <w:name w:val="Book Title"/>
    <w:basedOn w:val="Standardnpsmoodstavce"/>
    <w:uiPriority w:val="33"/>
    <w:qFormat/>
    <w:rsid w:val="00FC693F"/>
    <w:rPr>
      <w:b/>
      <w:bCs/>
      <w:smallCaps/>
      <w:spacing w:val="5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FC693F"/>
    <w:pPr>
      <w:outlineLvl w:val="9"/>
    </w:pPr>
  </w:style>
  <w:style w:type="table" w:styleId="Mkatabulky">
    <w:name w:val="Table Grid"/>
    <w:basedOn w:val="Normlntabul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stnovn">
    <w:name w:val="Light Shading"/>
    <w:basedOn w:val="Normlntabul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tlstnovnzvraznn1">
    <w:name w:val="Light Shading Accent 1"/>
    <w:basedOn w:val="Normlntabul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tlstnovnzvraznn2">
    <w:name w:val="Light Shading Accent 2"/>
    <w:basedOn w:val="Normlntabul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tlstnovnzvraznn3">
    <w:name w:val="Light Shading Accent 3"/>
    <w:basedOn w:val="Normlntabul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tlstnovnzvraznn4">
    <w:name w:val="Light Shading Accent 4"/>
    <w:basedOn w:val="Normlntabul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tlstnovnzvraznn5">
    <w:name w:val="Light Shading Accent 5"/>
    <w:basedOn w:val="Normlntabul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tlstnovnzvraznn6">
    <w:name w:val="Light Shading Accent 6"/>
    <w:basedOn w:val="Normlntabul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tlseznam">
    <w:name w:val="Light List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tlseznamzvraznn1">
    <w:name w:val="Light List Accent 1"/>
    <w:basedOn w:val="Normlntabul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tlseznamzvraznn2">
    <w:name w:val="Light List Accent 2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tlseznamzvraznn3">
    <w:name w:val="Light List Accent 3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tlseznamzvraznn4">
    <w:name w:val="Light List Accent 4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tlseznamzvraznn5">
    <w:name w:val="Light List Accent 5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tlseznamzvraznn6">
    <w:name w:val="Light List Accent 6"/>
    <w:basedOn w:val="Normlntabul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tlmka">
    <w:name w:val="Light Grid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tlmkazvraznn1">
    <w:name w:val="Light Grid Accent 1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tlmkazvraznn2">
    <w:name w:val="Light Grid Accent 2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tlmkazvraznn3">
    <w:name w:val="Light Grid Accent 3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tlmkazvraznn4">
    <w:name w:val="Light Grid Accent 4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tlmkazvraznn5">
    <w:name w:val="Light Grid Accent 5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tlmkazvraznn6">
    <w:name w:val="Light Grid Accent 6"/>
    <w:basedOn w:val="Normlntabul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ednstnovn1">
    <w:name w:val="Medium Shading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1">
    <w:name w:val="Medium Shading 1 Accent 1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2">
    <w:name w:val="Medium Shading 1 Accent 2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3">
    <w:name w:val="Medium Shading 1 Accent 3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4">
    <w:name w:val="Medium Shading 1 Accent 4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5">
    <w:name w:val="Medium Shading 1 Accent 5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1zvraznn6">
    <w:name w:val="Medium Shading 1 Accent 6"/>
    <w:basedOn w:val="Normlntabul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ednstnovn2">
    <w:name w:val="Medium Shading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1">
    <w:name w:val="Medium Shading 2 Accent 1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2">
    <w:name w:val="Medium Shading 2 Accent 2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3">
    <w:name w:val="Medium Shading 2 Accent 3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4">
    <w:name w:val="Medium Shading 2 Accent 4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5">
    <w:name w:val="Medium Shading 2 Accent 5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tnovn2zvraznn6">
    <w:name w:val="Medium Shading 2 Accent 6"/>
    <w:basedOn w:val="Normlntabul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ednseznam1">
    <w:name w:val="Medium Lis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ednseznam1zvraznn1">
    <w:name w:val="Medium List 1 Accent 1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ednseznam1zvraznn2">
    <w:name w:val="Medium List 1 Accent 2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ednseznam1zvraznn3">
    <w:name w:val="Medium List 1 Accent 3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ednseznam1zvraznn4">
    <w:name w:val="Medium List 1 Accent 4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ednseznam1zvraznn5">
    <w:name w:val="Medium List 1 Accent 5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ednseznam1zvraznn6">
    <w:name w:val="Medium List 1 Accent 6"/>
    <w:basedOn w:val="Normlntabul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ednseznam2">
    <w:name w:val="Medium Lis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1">
    <w:name w:val="Medium List 2 Accent 1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2">
    <w:name w:val="Medium List 2 Accent 2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3">
    <w:name w:val="Medium List 2 Accent 3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4">
    <w:name w:val="Medium List 2 Accent 4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5">
    <w:name w:val="Medium List 2 Accent 5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seznam2zvraznn6">
    <w:name w:val="Medium List 2 Accent 6"/>
    <w:basedOn w:val="Normlntabul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ednmka1">
    <w:name w:val="Medium Grid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ednmka1zvraznn1">
    <w:name w:val="Medium Grid 1 Accent 1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ednmka1zvraznn2">
    <w:name w:val="Medium Grid 1 Accent 2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ednmka1zvraznn3">
    <w:name w:val="Medium Grid 1 Accent 3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ednmka1zvraznn4">
    <w:name w:val="Medium Grid 1 Accent 4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ednmka1zvraznn5">
    <w:name w:val="Medium Grid 1 Accent 5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ednmka1zvraznn6">
    <w:name w:val="Medium Grid 1 Accent 6"/>
    <w:basedOn w:val="Normlntabul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ednmka2">
    <w:name w:val="Medium Grid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1">
    <w:name w:val="Medium Grid 2 Accent 1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2">
    <w:name w:val="Medium Grid 2 Accent 2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3">
    <w:name w:val="Medium Grid 2 Accent 3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4">
    <w:name w:val="Medium Grid 2 Accent 4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5">
    <w:name w:val="Medium Grid 2 Accent 5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2zvraznn6">
    <w:name w:val="Medium Grid 2 Accent 6"/>
    <w:basedOn w:val="Normlntabul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ednmka3">
    <w:name w:val="Medium Grid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ednmka3zvraznn1">
    <w:name w:val="Medium Grid 3 Accent 1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ednmka3zvraznn2">
    <w:name w:val="Medium Grid 3 Accent 2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ednmka3zvraznn3">
    <w:name w:val="Medium Grid 3 Accent 3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ednmka3zvraznn4">
    <w:name w:val="Medium Grid 3 Accent 4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ednmka3zvraznn5">
    <w:name w:val="Medium Grid 3 Accent 5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ednmka3zvraznn6">
    <w:name w:val="Medium Grid 3 Accent 6"/>
    <w:basedOn w:val="Normlntabul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seznam">
    <w:name w:val="Dark List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seznamzvraznn1">
    <w:name w:val="Dark List Accent 1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seznamzvraznn2">
    <w:name w:val="Dark List Accent 2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seznamzvraznn3">
    <w:name w:val="Dark List Accent 3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seznamzvraznn4">
    <w:name w:val="Dark List Accent 4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seznamzvraznn5">
    <w:name w:val="Dark List Accent 5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seznamzvraznn6">
    <w:name w:val="Dark List Accent 6"/>
    <w:basedOn w:val="Normlntabul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evnstnovn">
    <w:name w:val="Colorful Shading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1">
    <w:name w:val="Colorful Shading Accent 1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2">
    <w:name w:val="Colorful Shading Accent 2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3">
    <w:name w:val="Colorful Shading Accent 3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stnovnzvraznn4">
    <w:name w:val="Colorful Shading Accent 4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5">
    <w:name w:val="Colorful Shading Accent 5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tnovnzvraznn6">
    <w:name w:val="Colorful Shading Accent 6"/>
    <w:basedOn w:val="Normlntabul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evnseznam">
    <w:name w:val="Colorful List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evnseznamzvraznn1">
    <w:name w:val="Colorful List Accent 1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evnseznamzvraznn2">
    <w:name w:val="Colorful List Accent 2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evnseznamzvraznn3">
    <w:name w:val="Colorful List Accent 3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evnseznamzvraznn4">
    <w:name w:val="Colorful List Accent 4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evnseznamzvraznn5">
    <w:name w:val="Colorful List Accent 5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evnseznamzvraznn6">
    <w:name w:val="Colorful List Accent 6"/>
    <w:basedOn w:val="Normlntabul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evnmka">
    <w:name w:val="Colorful Grid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evnmkazvraznn1">
    <w:name w:val="Colorful Grid Accent 1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evnmkazvraznn2">
    <w:name w:val="Colorful Grid Accent 2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evnmkazvraznn3">
    <w:name w:val="Colorful Grid Accent 3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evnmkazvraznn4">
    <w:name w:val="Colorful Grid Accent 4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evnmkazvraznn5">
    <w:name w:val="Colorful Grid Accent 5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evnmkazvraznn6">
    <w:name w:val="Colorful Grid Accent 6"/>
    <w:basedOn w:val="Normlntabul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87</Words>
  <Characters>516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602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Žádost o uvolnění z výuky</dc:title>
  <dc:subject>Formulář ve vizuálu MŠ a ZŠ Sluníčko-Montessori</dc:subject>
  <dc:creator>python-docx</dc:creator>
  <cp:keywords/>
  <dc:description>generated by python-docx</dc:description>
  <cp:lastModifiedBy>PC2 ZSMontessori</cp:lastModifiedBy>
  <cp:revision>2</cp:revision>
  <dcterms:created xsi:type="dcterms:W3CDTF">2026-09-08T08:36:00Z</dcterms:created>
  <dcterms:modified xsi:type="dcterms:W3CDTF">2026-09-08T08:36:00Z</dcterms:modified>
  <cp:category/>
</cp:coreProperties>
</file>