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648BF" w14:textId="77777777" w:rsidR="0034414C" w:rsidRDefault="00000000">
      <w:pPr>
        <w:spacing w:before="60" w:after="0"/>
        <w:jc w:val="center"/>
      </w:pPr>
      <w:r>
        <w:rPr>
          <w:noProof/>
        </w:rPr>
        <w:drawing>
          <wp:inline distT="0" distB="0" distL="0" distR="0" wp14:anchorId="4422010F" wp14:editId="678F86FF">
            <wp:extent cx="630000" cy="63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6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16596" w14:textId="77777777" w:rsidR="0034414C" w:rsidRDefault="00000000">
      <w:pPr>
        <w:spacing w:after="0"/>
        <w:jc w:val="center"/>
      </w:pPr>
      <w:r>
        <w:rPr>
          <w:b/>
          <w:sz w:val="20"/>
        </w:rPr>
        <w:t>Mateřská škola a základní škola Sluníčko-Montessori, s.r.o.</w:t>
      </w:r>
    </w:p>
    <w:p w14:paraId="4712E6B0" w14:textId="77777777" w:rsidR="0034414C" w:rsidRDefault="00000000">
      <w:pPr>
        <w:spacing w:after="20"/>
        <w:jc w:val="center"/>
      </w:pPr>
      <w:r>
        <w:rPr>
          <w:color w:val="667270"/>
          <w:sz w:val="17"/>
        </w:rPr>
        <w:t>Šrámkova 14, 638 00 Brno, IČO 25338790</w:t>
      </w:r>
    </w:p>
    <w:p w14:paraId="3B28C2D3" w14:textId="77777777" w:rsidR="0034414C" w:rsidRDefault="00000000">
      <w:pPr>
        <w:spacing w:after="100"/>
        <w:jc w:val="center"/>
      </w:pPr>
      <w:r>
        <w:rPr>
          <w:color w:val="667270"/>
          <w:sz w:val="16"/>
        </w:rPr>
        <w:t>pobočka: ZŠ Sluníčko-Montessori, Provázníkova 84, 613 00 Brno</w:t>
      </w:r>
    </w:p>
    <w:p w14:paraId="25C6DB7E" w14:textId="77777777" w:rsidR="0034414C" w:rsidRDefault="00000000">
      <w:pPr>
        <w:spacing w:after="20"/>
        <w:jc w:val="center"/>
      </w:pPr>
      <w:r>
        <w:rPr>
          <w:b/>
          <w:color w:val="D89A28"/>
          <w:sz w:val="16"/>
        </w:rPr>
        <w:t>ŠKOLNÍ FORMULÁŘ</w:t>
      </w:r>
    </w:p>
    <w:p w14:paraId="58DF2526" w14:textId="77777777" w:rsidR="0034414C" w:rsidRDefault="00000000">
      <w:pPr>
        <w:spacing w:after="120"/>
        <w:jc w:val="center"/>
      </w:pPr>
      <w:r>
        <w:rPr>
          <w:b/>
          <w:color w:val="315E5B"/>
          <w:sz w:val="34"/>
        </w:rPr>
        <w:t>Samostatný odchod ze školy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4414C" w14:paraId="6F2EB348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03A0FB60" w14:textId="77777777" w:rsidR="0034414C" w:rsidRDefault="0034414C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1D839D0" w14:textId="77777777" w:rsidR="0034414C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Údaje o žákovi / žákyni</w:t>
            </w:r>
          </w:p>
        </w:tc>
      </w:tr>
    </w:tbl>
    <w:p w14:paraId="6DA0BF60" w14:textId="77777777" w:rsidR="0034414C" w:rsidRDefault="0034414C">
      <w:pPr>
        <w:spacing w:after="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4414C" w14:paraId="53734B7E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ADAA735" w14:textId="77777777" w:rsidR="0034414C" w:rsidRDefault="00000000">
            <w:pPr>
              <w:spacing w:after="0"/>
            </w:pPr>
            <w:r>
              <w:rPr>
                <w:b/>
                <w:color w:val="315E5B"/>
              </w:rPr>
              <w:t>Jméno a příjmení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75ADDF1" w14:textId="77777777" w:rsidR="0034414C" w:rsidRDefault="0034414C">
            <w:pPr>
              <w:spacing w:after="0"/>
              <w:rPr>
                <w:color w:val="667270"/>
                <w:sz w:val="17"/>
              </w:rPr>
            </w:pPr>
          </w:p>
          <w:p w14:paraId="414D744B" w14:textId="7600BA6E" w:rsidR="004B0B50" w:rsidRDefault="004B0B50">
            <w:pPr>
              <w:spacing w:after="0"/>
            </w:pPr>
          </w:p>
        </w:tc>
      </w:tr>
      <w:tr w:rsidR="0034414C" w14:paraId="0B012F70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9241058" w14:textId="77777777" w:rsidR="0034414C" w:rsidRDefault="00000000">
            <w:pPr>
              <w:spacing w:after="0"/>
            </w:pPr>
            <w:r>
              <w:rPr>
                <w:b/>
                <w:color w:val="315E5B"/>
              </w:rPr>
              <w:t>Datum narození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A53C4E2" w14:textId="77777777" w:rsidR="0034414C" w:rsidRDefault="0034414C">
            <w:pPr>
              <w:spacing w:after="0"/>
              <w:rPr>
                <w:color w:val="667270"/>
                <w:sz w:val="17"/>
              </w:rPr>
            </w:pPr>
          </w:p>
          <w:p w14:paraId="4793C534" w14:textId="515A99F9" w:rsidR="004B0B50" w:rsidRDefault="004B0B50">
            <w:pPr>
              <w:spacing w:after="0"/>
            </w:pPr>
          </w:p>
        </w:tc>
      </w:tr>
      <w:tr w:rsidR="0034414C" w14:paraId="77440F38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785A378" w14:textId="77777777" w:rsidR="0034414C" w:rsidRDefault="00000000">
            <w:pPr>
              <w:spacing w:after="0"/>
            </w:pPr>
            <w:r>
              <w:rPr>
                <w:b/>
                <w:color w:val="315E5B"/>
              </w:rPr>
              <w:t>Trvalé bydliště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F610DD6" w14:textId="77777777" w:rsidR="0034414C" w:rsidRDefault="0034414C">
            <w:pPr>
              <w:spacing w:after="0"/>
              <w:rPr>
                <w:color w:val="667270"/>
                <w:sz w:val="17"/>
              </w:rPr>
            </w:pPr>
          </w:p>
          <w:p w14:paraId="6CDD0CE1" w14:textId="4C474118" w:rsidR="004B0B50" w:rsidRDefault="004B0B50">
            <w:pPr>
              <w:spacing w:after="0"/>
            </w:pPr>
          </w:p>
        </w:tc>
      </w:tr>
      <w:tr w:rsidR="0034414C" w14:paraId="45F40A67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908BE60" w14:textId="77777777" w:rsidR="0034414C" w:rsidRDefault="00000000">
            <w:pPr>
              <w:spacing w:after="0"/>
            </w:pPr>
            <w:r>
              <w:rPr>
                <w:b/>
                <w:color w:val="315E5B"/>
              </w:rPr>
              <w:t>Třída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4A303AA" w14:textId="77777777" w:rsidR="0034414C" w:rsidRDefault="0034414C">
            <w:pPr>
              <w:spacing w:after="0"/>
              <w:rPr>
                <w:color w:val="667270"/>
                <w:sz w:val="17"/>
              </w:rPr>
            </w:pPr>
          </w:p>
          <w:p w14:paraId="2F7C1310" w14:textId="0D8DB34C" w:rsidR="004B0B50" w:rsidRDefault="004B0B50">
            <w:pPr>
              <w:spacing w:after="0"/>
            </w:pPr>
          </w:p>
        </w:tc>
      </w:tr>
    </w:tbl>
    <w:p w14:paraId="3E3FF719" w14:textId="77777777" w:rsidR="0034414C" w:rsidRDefault="00000000">
      <w:pPr>
        <w:spacing w:after="140"/>
      </w:pPr>
      <w:r>
        <w:t>Prohlašuji, že výše uvedený/á žák/žákyně může po skončení vyučování ve 12.15 nebo 15.15 hod. samostatně odcházet ze školy.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4414C" w14:paraId="05B7E3EE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36F74037" w14:textId="77777777" w:rsidR="0034414C" w:rsidRDefault="0034414C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667586B" w14:textId="77777777" w:rsidR="0034414C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Povolené dny a časy</w:t>
            </w:r>
          </w:p>
        </w:tc>
      </w:tr>
    </w:tbl>
    <w:p w14:paraId="7AAFD9E1" w14:textId="77777777" w:rsidR="0034414C" w:rsidRDefault="0034414C">
      <w:pPr>
        <w:spacing w:after="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5429"/>
      </w:tblGrid>
      <w:tr w:rsidR="0034414C" w14:paraId="357491AC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7468453" w14:textId="77777777" w:rsidR="0034414C" w:rsidRDefault="00000000">
            <w:pPr>
              <w:spacing w:after="0"/>
            </w:pPr>
            <w:r>
              <w:rPr>
                <w:b/>
                <w:color w:val="315E5B"/>
              </w:rPr>
              <w:t>Pondělí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310156B" w14:textId="77777777" w:rsidR="0034414C" w:rsidRDefault="0034414C">
            <w:pPr>
              <w:spacing w:after="0"/>
              <w:rPr>
                <w:color w:val="667270"/>
                <w:sz w:val="17"/>
              </w:rPr>
            </w:pPr>
          </w:p>
          <w:p w14:paraId="774F3A18" w14:textId="632F6F35" w:rsidR="004B0B50" w:rsidRDefault="004B0B50">
            <w:pPr>
              <w:spacing w:after="0"/>
            </w:pPr>
          </w:p>
        </w:tc>
      </w:tr>
      <w:tr w:rsidR="0034414C" w14:paraId="7C9831A8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4053D23" w14:textId="77777777" w:rsidR="0034414C" w:rsidRDefault="00000000">
            <w:pPr>
              <w:spacing w:after="0"/>
            </w:pPr>
            <w:r>
              <w:rPr>
                <w:b/>
                <w:color w:val="315E5B"/>
              </w:rPr>
              <w:t>Úterý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20A9EA3" w14:textId="77777777" w:rsidR="0034414C" w:rsidRDefault="0034414C">
            <w:pPr>
              <w:spacing w:after="0"/>
              <w:rPr>
                <w:color w:val="667270"/>
                <w:sz w:val="17"/>
              </w:rPr>
            </w:pPr>
          </w:p>
          <w:p w14:paraId="680756C2" w14:textId="70596E87" w:rsidR="004B0B50" w:rsidRDefault="004B0B50">
            <w:pPr>
              <w:spacing w:after="0"/>
            </w:pPr>
          </w:p>
        </w:tc>
      </w:tr>
      <w:tr w:rsidR="0034414C" w14:paraId="162F0B22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5B5EA6C" w14:textId="77777777" w:rsidR="0034414C" w:rsidRDefault="00000000">
            <w:pPr>
              <w:spacing w:after="0"/>
            </w:pPr>
            <w:r>
              <w:rPr>
                <w:b/>
                <w:color w:val="315E5B"/>
              </w:rPr>
              <w:t>Středa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AD917DB" w14:textId="77777777" w:rsidR="0034414C" w:rsidRDefault="0034414C">
            <w:pPr>
              <w:spacing w:after="0"/>
              <w:rPr>
                <w:color w:val="667270"/>
                <w:sz w:val="17"/>
              </w:rPr>
            </w:pPr>
          </w:p>
          <w:p w14:paraId="5EEF1CC1" w14:textId="05991E2E" w:rsidR="004B0B50" w:rsidRDefault="004B0B50">
            <w:pPr>
              <w:spacing w:after="0"/>
            </w:pPr>
          </w:p>
        </w:tc>
      </w:tr>
      <w:tr w:rsidR="0034414C" w14:paraId="2263D97F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5CAC3DC" w14:textId="77777777" w:rsidR="0034414C" w:rsidRDefault="00000000">
            <w:pPr>
              <w:spacing w:after="0"/>
            </w:pPr>
            <w:r>
              <w:rPr>
                <w:b/>
                <w:color w:val="315E5B"/>
              </w:rPr>
              <w:t>Čtvrtek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BCCCD9C" w14:textId="77777777" w:rsidR="0034414C" w:rsidRDefault="0034414C">
            <w:pPr>
              <w:spacing w:after="0"/>
              <w:rPr>
                <w:color w:val="667270"/>
                <w:sz w:val="17"/>
              </w:rPr>
            </w:pPr>
          </w:p>
          <w:p w14:paraId="6EC8A4B6" w14:textId="4CAB4BCF" w:rsidR="004B0B50" w:rsidRDefault="004B0B50">
            <w:pPr>
              <w:spacing w:after="0"/>
            </w:pPr>
          </w:p>
        </w:tc>
      </w:tr>
      <w:tr w:rsidR="0034414C" w14:paraId="29FF1D1F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B9BAEE2" w14:textId="77777777" w:rsidR="0034414C" w:rsidRDefault="00000000">
            <w:pPr>
              <w:spacing w:after="0"/>
            </w:pPr>
            <w:r>
              <w:rPr>
                <w:b/>
                <w:color w:val="315E5B"/>
              </w:rPr>
              <w:t>Pátek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4E275AC" w14:textId="77777777" w:rsidR="0034414C" w:rsidRDefault="0034414C">
            <w:pPr>
              <w:spacing w:after="0"/>
              <w:rPr>
                <w:color w:val="667270"/>
                <w:sz w:val="17"/>
              </w:rPr>
            </w:pPr>
          </w:p>
          <w:p w14:paraId="4E90F475" w14:textId="6DA1BFD5" w:rsidR="004B0B50" w:rsidRDefault="004B0B50">
            <w:pPr>
              <w:spacing w:after="0"/>
            </w:pPr>
          </w:p>
        </w:tc>
      </w:tr>
    </w:tbl>
    <w:p w14:paraId="3B0D0853" w14:textId="77777777" w:rsidR="0034414C" w:rsidRDefault="00000000">
      <w:pPr>
        <w:spacing w:after="60"/>
      </w:pPr>
      <w:r>
        <w:rPr>
          <w:b/>
          <w:color w:val="315E5B"/>
          <w:sz w:val="19"/>
        </w:rPr>
        <w:t>Platnost souhlasu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117"/>
        <w:gridCol w:w="1558"/>
        <w:gridCol w:w="1558"/>
        <w:gridCol w:w="3117"/>
        <w:gridCol w:w="10"/>
      </w:tblGrid>
      <w:tr w:rsidR="0034414C" w14:paraId="285CE808" w14:textId="77777777">
        <w:tc>
          <w:tcPr>
            <w:tcW w:w="312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E053EBA" w14:textId="6F4ED406" w:rsidR="0034414C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1. pololetí (1. 9. 202</w:t>
            </w:r>
            <w:r w:rsidR="004B0B50">
              <w:rPr>
                <w:b/>
                <w:color w:val="315E5B"/>
              </w:rPr>
              <w:t>6</w:t>
            </w:r>
            <w:r>
              <w:rPr>
                <w:b/>
                <w:color w:val="315E5B"/>
              </w:rPr>
              <w:t>–31. 1. 202</w:t>
            </w:r>
            <w:r w:rsidR="004B0B50">
              <w:rPr>
                <w:b/>
                <w:color w:val="315E5B"/>
              </w:rPr>
              <w:t>7</w:t>
            </w:r>
            <w:r>
              <w:rPr>
                <w:b/>
                <w:color w:val="315E5B"/>
              </w:rPr>
              <w:t>)</w:t>
            </w:r>
          </w:p>
        </w:tc>
        <w:tc>
          <w:tcPr>
            <w:tcW w:w="3120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A4458F6" w14:textId="421F0A13" w:rsidR="0034414C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2. pololetí (1. 2.–30. 6. 202</w:t>
            </w:r>
            <w:r w:rsidR="004B0B50">
              <w:rPr>
                <w:b/>
                <w:color w:val="315E5B"/>
              </w:rPr>
              <w:t>7</w:t>
            </w:r>
            <w:r>
              <w:rPr>
                <w:b/>
                <w:color w:val="315E5B"/>
              </w:rPr>
              <w:t>)</w:t>
            </w:r>
          </w:p>
        </w:tc>
        <w:tc>
          <w:tcPr>
            <w:tcW w:w="3120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B15A4B8" w14:textId="77777777" w:rsidR="0034414C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celý školní rok</w:t>
            </w:r>
          </w:p>
        </w:tc>
      </w:tr>
      <w:tr w:rsidR="0034414C" w14:paraId="627C1ECC" w14:textId="77777777">
        <w:trPr>
          <w:gridAfter w:val="1"/>
          <w:wAfter w:w="10" w:type="dxa"/>
        </w:trPr>
        <w:tc>
          <w:tcPr>
            <w:tcW w:w="468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60" w:type="dxa"/>
              <w:left w:w="120" w:type="dxa"/>
              <w:bottom w:w="50" w:type="dxa"/>
              <w:right w:w="120" w:type="dxa"/>
            </w:tcMar>
          </w:tcPr>
          <w:p w14:paraId="0DA27EDD" w14:textId="2DE9A7B9" w:rsidR="004B0B50" w:rsidRDefault="004B0B50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215AC6B1" w14:textId="77777777" w:rsidR="004B0B50" w:rsidRDefault="004B0B50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0F3E55CC" w14:textId="07F07FB8" w:rsidR="0034414C" w:rsidRDefault="0034414C" w:rsidP="004B0B50">
            <w:pPr>
              <w:spacing w:after="40"/>
            </w:pPr>
          </w:p>
          <w:p w14:paraId="33A024E0" w14:textId="77777777" w:rsidR="004B0B50" w:rsidRDefault="004B0B50">
            <w:pPr>
              <w:spacing w:after="0"/>
              <w:jc w:val="center"/>
              <w:rPr>
                <w:color w:val="667270"/>
                <w:sz w:val="16"/>
              </w:rPr>
            </w:pPr>
          </w:p>
          <w:p w14:paraId="656E333F" w14:textId="5B03960C" w:rsidR="0034414C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 xml:space="preserve">V </w:t>
            </w:r>
            <w:proofErr w:type="spellStart"/>
            <w:r>
              <w:rPr>
                <w:color w:val="667270"/>
                <w:sz w:val="16"/>
              </w:rPr>
              <w:t>Brně</w:t>
            </w:r>
            <w:proofErr w:type="spellEnd"/>
            <w:r>
              <w:rPr>
                <w:color w:val="667270"/>
                <w:sz w:val="16"/>
              </w:rPr>
              <w:t xml:space="preserve"> </w:t>
            </w:r>
            <w:proofErr w:type="spellStart"/>
            <w:r>
              <w:rPr>
                <w:color w:val="667270"/>
                <w:sz w:val="16"/>
              </w:rPr>
              <w:t>dne</w:t>
            </w:r>
            <w:proofErr w:type="spellEnd"/>
          </w:p>
        </w:tc>
        <w:tc>
          <w:tcPr>
            <w:tcW w:w="468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60" w:type="dxa"/>
              <w:left w:w="120" w:type="dxa"/>
              <w:bottom w:w="50" w:type="dxa"/>
              <w:right w:w="120" w:type="dxa"/>
            </w:tcMar>
          </w:tcPr>
          <w:p w14:paraId="3DD19B3C" w14:textId="2D3D2763" w:rsidR="004B0B50" w:rsidRDefault="004B0B50" w:rsidP="004B0B50">
            <w:pPr>
              <w:spacing w:after="40"/>
              <w:rPr>
                <w:color w:val="667270"/>
                <w:sz w:val="17"/>
              </w:rPr>
            </w:pPr>
          </w:p>
          <w:p w14:paraId="30C2FF15" w14:textId="77777777" w:rsidR="004B0B50" w:rsidRDefault="004B0B50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54170382" w14:textId="77777777" w:rsidR="004B0B50" w:rsidRDefault="004B0B50">
            <w:pPr>
              <w:spacing w:after="0"/>
              <w:jc w:val="center"/>
              <w:rPr>
                <w:color w:val="667270"/>
                <w:sz w:val="17"/>
              </w:rPr>
            </w:pPr>
          </w:p>
          <w:p w14:paraId="0685EDE1" w14:textId="77777777" w:rsidR="004B0B50" w:rsidRDefault="004B0B50">
            <w:pPr>
              <w:spacing w:after="0"/>
              <w:jc w:val="center"/>
              <w:rPr>
                <w:color w:val="667270"/>
                <w:sz w:val="17"/>
              </w:rPr>
            </w:pPr>
          </w:p>
          <w:p w14:paraId="50337E2B" w14:textId="11EE858B" w:rsidR="0034414C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 xml:space="preserve">Podpis zákonného </w:t>
            </w:r>
            <w:proofErr w:type="spellStart"/>
            <w:r>
              <w:rPr>
                <w:color w:val="667270"/>
                <w:sz w:val="16"/>
              </w:rPr>
              <w:t>zástupce</w:t>
            </w:r>
            <w:proofErr w:type="spellEnd"/>
          </w:p>
        </w:tc>
      </w:tr>
    </w:tbl>
    <w:p w14:paraId="4EB65685" w14:textId="77777777" w:rsidR="00671C31" w:rsidRDefault="00671C31"/>
    <w:sectPr w:rsidR="00671C31" w:rsidSect="00034616">
      <w:headerReference w:type="default" r:id="rId9"/>
      <w:footerReference w:type="default" r:id="rId10"/>
      <w:pgSz w:w="11906" w:h="16838"/>
      <w:pgMar w:top="737" w:right="822" w:bottom="709" w:left="822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B098E" w14:textId="77777777" w:rsidR="00671C31" w:rsidRDefault="00671C31">
      <w:pPr>
        <w:spacing w:after="0" w:line="240" w:lineRule="auto"/>
      </w:pPr>
      <w:r>
        <w:separator/>
      </w:r>
    </w:p>
  </w:endnote>
  <w:endnote w:type="continuationSeparator" w:id="0">
    <w:p w14:paraId="35642CE1" w14:textId="77777777" w:rsidR="00671C31" w:rsidRDefault="00671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DD5E3" w14:textId="77777777" w:rsidR="0034414C" w:rsidRDefault="00000000">
    <w:pPr>
      <w:pStyle w:val="Zpat"/>
      <w:jc w:val="right"/>
    </w:pPr>
    <w:r>
      <w:rPr>
        <w:color w:val="667270"/>
        <w:sz w:val="16"/>
      </w:rPr>
      <w:t xml:space="preserve">SAMOSTATNÝ ODCHOD   •   Strana </w:t>
    </w:r>
    <w:r>
      <w:rPr>
        <w:color w:val="667270"/>
        <w:sz w:val="16"/>
      </w:rPr>
      <w:fldChar w:fldCharType="begin"/>
    </w:r>
    <w:r>
      <w:rPr>
        <w:color w:val="667270"/>
        <w:sz w:val="16"/>
      </w:rPr>
      <w:instrText xml:space="preserve"> PAGE </w:instrText>
    </w:r>
    <w:r>
      <w:rPr>
        <w:color w:val="667270"/>
        <w:sz w:val="16"/>
      </w:rPr>
      <w:fldChar w:fldCharType="separate"/>
    </w:r>
    <w:r>
      <w:rPr>
        <w:color w:val="667270"/>
        <w:sz w:val="16"/>
      </w:rPr>
      <w:t>1</w:t>
    </w:r>
    <w:r>
      <w:rPr>
        <w:color w:val="6672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A6B1B" w14:textId="77777777" w:rsidR="00671C31" w:rsidRDefault="00671C31">
      <w:pPr>
        <w:spacing w:after="0" w:line="240" w:lineRule="auto"/>
      </w:pPr>
      <w:r>
        <w:separator/>
      </w:r>
    </w:p>
  </w:footnote>
  <w:footnote w:type="continuationSeparator" w:id="0">
    <w:p w14:paraId="3CEC603B" w14:textId="77777777" w:rsidR="00671C31" w:rsidRDefault="00671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6DF52" w14:textId="77777777" w:rsidR="0034414C" w:rsidRDefault="00000000">
    <w:pPr>
      <w:pStyle w:val="Zhlav"/>
      <w:pBdr>
        <w:bottom w:val="single" w:sz="4" w:space="5" w:color="D8E1DE"/>
      </w:pBdr>
      <w:spacing w:after="100"/>
    </w:pPr>
    <w:r>
      <w:rPr>
        <w:b/>
        <w:color w:val="667270"/>
        <w:sz w:val="16"/>
      </w:rPr>
      <w:t>MŠ A ZŠ SLUNÍČKO – MONTESSORI   |   SAMOSTATNÝ ODCHOD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9453473">
    <w:abstractNumId w:val="8"/>
  </w:num>
  <w:num w:numId="2" w16cid:durableId="1228685020">
    <w:abstractNumId w:val="6"/>
  </w:num>
  <w:num w:numId="3" w16cid:durableId="1873880443">
    <w:abstractNumId w:val="5"/>
  </w:num>
  <w:num w:numId="4" w16cid:durableId="1611085507">
    <w:abstractNumId w:val="4"/>
  </w:num>
  <w:num w:numId="5" w16cid:durableId="2132285660">
    <w:abstractNumId w:val="7"/>
  </w:num>
  <w:num w:numId="6" w16cid:durableId="1175266255">
    <w:abstractNumId w:val="3"/>
  </w:num>
  <w:num w:numId="7" w16cid:durableId="1646933812">
    <w:abstractNumId w:val="2"/>
  </w:num>
  <w:num w:numId="8" w16cid:durableId="2145850927">
    <w:abstractNumId w:val="1"/>
  </w:num>
  <w:num w:numId="9" w16cid:durableId="10716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414C"/>
    <w:rsid w:val="004B0B50"/>
    <w:rsid w:val="00671C31"/>
    <w:rsid w:val="00AA1D8D"/>
    <w:rsid w:val="00B47730"/>
    <w:rsid w:val="00CB0664"/>
    <w:rsid w:val="00F905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2A0BC7"/>
  <w14:defaultImageDpi w14:val="300"/>
  <w15:docId w15:val="{5E20981A-60C0-4AE5-ACB7-E4B4B292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0" w:lineRule="auto"/>
    </w:pPr>
    <w:rPr>
      <w:rFonts w:ascii="Aptos" w:hAnsi="Aptos"/>
      <w:color w:val="34413F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Samostatny odchod novy vizual</dc:title>
  <dc:subject/>
  <dc:creator>python-docx</dc:creator>
  <cp:keywords/>
  <dc:description>generated by python-docx</dc:description>
  <cp:lastModifiedBy>PC2 ZSMontessori</cp:lastModifiedBy>
  <cp:revision>2</cp:revision>
  <dcterms:created xsi:type="dcterms:W3CDTF">2026-09-08T10:06:00Z</dcterms:created>
  <dcterms:modified xsi:type="dcterms:W3CDTF">2026-09-08T10:06:00Z</dcterms:modified>
  <cp:category/>
</cp:coreProperties>
</file>