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65042" w14:textId="77777777" w:rsidR="00ED2234" w:rsidRDefault="00000000">
      <w:pPr>
        <w:spacing w:before="40" w:after="0"/>
        <w:jc w:val="center"/>
      </w:pPr>
      <w:r>
        <w:rPr>
          <w:noProof/>
        </w:rPr>
        <w:drawing>
          <wp:inline distT="0" distB="0" distL="0" distR="0" wp14:anchorId="566361C0" wp14:editId="3DA9E009">
            <wp:extent cx="612000" cy="61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1DDA0" w14:textId="77777777" w:rsidR="00ED2234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2B203850" w14:textId="77777777" w:rsidR="00ED2234" w:rsidRDefault="00000000">
      <w:pPr>
        <w:jc w:val="center"/>
      </w:pPr>
      <w:r>
        <w:rPr>
          <w:color w:val="667270"/>
          <w:sz w:val="17"/>
        </w:rPr>
        <w:t>Šrámkova 14, 638 00 Brno, IČO 25338790</w:t>
      </w:r>
    </w:p>
    <w:p w14:paraId="0E1D3234" w14:textId="77777777" w:rsidR="00ED2234" w:rsidRDefault="00000000">
      <w:pPr>
        <w:spacing w:after="100"/>
        <w:jc w:val="center"/>
      </w:pPr>
      <w:r>
        <w:rPr>
          <w:b/>
          <w:color w:val="D89A28"/>
          <w:sz w:val="16"/>
        </w:rPr>
        <w:t>PŘEDŠKOLNÍ VZDĚLÁVÁNÍ</w:t>
      </w:r>
    </w:p>
    <w:p w14:paraId="111B9FE7" w14:textId="77777777" w:rsidR="00ED2234" w:rsidRDefault="00000000">
      <w:pPr>
        <w:spacing w:after="120"/>
        <w:jc w:val="center"/>
      </w:pPr>
      <w:r>
        <w:rPr>
          <w:b/>
          <w:color w:val="315E5B"/>
          <w:sz w:val="30"/>
        </w:rPr>
        <w:t>Žádost o přijetí dítěte do mateřské školy</w:t>
      </w:r>
    </w:p>
    <w:p w14:paraId="6BD21E6F" w14:textId="77777777" w:rsidR="00ED2234" w:rsidRDefault="00000000">
      <w:pPr>
        <w:spacing w:after="60"/>
      </w:pPr>
      <w:r>
        <w:rPr>
          <w:b/>
          <w:color w:val="315E5B"/>
          <w:sz w:val="17"/>
        </w:rPr>
        <w:t>Kód: ........................................................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2234" w14:paraId="566784D1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66708" w14:textId="77777777" w:rsidR="00ED2234" w:rsidRDefault="00ED2234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0B8E87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1. Zákonní zástupci dítěte</w:t>
            </w:r>
          </w:p>
        </w:tc>
      </w:tr>
    </w:tbl>
    <w:p w14:paraId="5C5F3379" w14:textId="77777777" w:rsidR="00ED2234" w:rsidRDefault="00ED2234">
      <w:pPr>
        <w:spacing w:after="0"/>
      </w:pPr>
    </w:p>
    <w:p w14:paraId="4B467F80" w14:textId="77777777" w:rsidR="00ED2234" w:rsidRDefault="00000000">
      <w:pPr>
        <w:spacing w:after="20"/>
      </w:pPr>
      <w:r>
        <w:rPr>
          <w:b/>
          <w:color w:val="D89A28"/>
        </w:rPr>
        <w:t>Otec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5429"/>
      </w:tblGrid>
      <w:tr w:rsidR="00ED2234" w14:paraId="31C360AA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962378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Jméno a příjmení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EFE076" w14:textId="77777777" w:rsidR="00FD739D" w:rsidRDefault="00FD739D">
            <w:pPr>
              <w:spacing w:after="0"/>
              <w:rPr>
                <w:color w:val="667270"/>
                <w:sz w:val="17"/>
              </w:rPr>
            </w:pPr>
          </w:p>
          <w:p w14:paraId="1CDBA7DC" w14:textId="04C3964D" w:rsidR="00FD739D" w:rsidRPr="00FD739D" w:rsidRDefault="00FD739D">
            <w:pPr>
              <w:spacing w:after="0"/>
              <w:rPr>
                <w:color w:val="667270"/>
                <w:sz w:val="17"/>
              </w:rPr>
            </w:pPr>
          </w:p>
        </w:tc>
      </w:tr>
      <w:tr w:rsidR="00ED2234" w14:paraId="2C66875F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602703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Datum narození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847AF2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16C55BFC" w14:textId="68812068" w:rsidR="00FD739D" w:rsidRDefault="00FD739D">
            <w:pPr>
              <w:spacing w:after="0"/>
            </w:pPr>
          </w:p>
        </w:tc>
      </w:tr>
      <w:tr w:rsidR="00ED2234" w14:paraId="47322D71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642385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Místo trvalého pobytu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D13589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40B3A79E" w14:textId="53912AEA" w:rsidR="00FD739D" w:rsidRDefault="00FD739D">
            <w:pPr>
              <w:spacing w:after="0"/>
            </w:pPr>
          </w:p>
        </w:tc>
      </w:tr>
      <w:tr w:rsidR="00ED2234" w14:paraId="629AD1E3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06281B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Telefon / e-mail</w:t>
            </w:r>
          </w:p>
        </w:tc>
        <w:tc>
          <w:tcPr>
            <w:tcW w:w="5429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A3F8C9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663D8EC4" w14:textId="7E680452" w:rsidR="00FD739D" w:rsidRDefault="00FD739D">
            <w:pPr>
              <w:spacing w:after="0"/>
            </w:pPr>
          </w:p>
        </w:tc>
      </w:tr>
    </w:tbl>
    <w:p w14:paraId="6872E5C0" w14:textId="77777777" w:rsidR="00ED2234" w:rsidRDefault="00000000">
      <w:pPr>
        <w:spacing w:after="20"/>
      </w:pPr>
      <w:r>
        <w:rPr>
          <w:b/>
          <w:color w:val="D89A28"/>
        </w:rPr>
        <w:t>Matka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931"/>
        <w:gridCol w:w="749"/>
        <w:gridCol w:w="4680"/>
      </w:tblGrid>
      <w:tr w:rsidR="00ED2234" w14:paraId="54C4BBB3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E4F35C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Jméno a příjmení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27A1E7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5C58C685" w14:textId="62C00919" w:rsidR="00FD739D" w:rsidRDefault="00FD739D">
            <w:pPr>
              <w:spacing w:after="0"/>
            </w:pPr>
          </w:p>
        </w:tc>
      </w:tr>
      <w:tr w:rsidR="00ED2234" w14:paraId="235B3963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61A4A3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Datum narození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2F5576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2EF5B631" w14:textId="0AF18BCA" w:rsidR="00FD739D" w:rsidRDefault="00FD739D">
            <w:pPr>
              <w:spacing w:after="0"/>
            </w:pPr>
          </w:p>
        </w:tc>
      </w:tr>
      <w:tr w:rsidR="00ED2234" w14:paraId="5DD0DD95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B55EA8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Místo trvalého pobytu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78799C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31FD4F1D" w14:textId="586A5AE0" w:rsidR="00FD739D" w:rsidRDefault="00FD739D">
            <w:pPr>
              <w:spacing w:after="0"/>
            </w:pPr>
          </w:p>
        </w:tc>
      </w:tr>
      <w:tr w:rsidR="00ED2234" w14:paraId="15942164" w14:textId="77777777">
        <w:tc>
          <w:tcPr>
            <w:tcW w:w="3931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D172FF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Telefon / e-mail</w:t>
            </w:r>
          </w:p>
        </w:tc>
        <w:tc>
          <w:tcPr>
            <w:tcW w:w="5429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1041EC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6E35809E" w14:textId="44BBEFBE" w:rsidR="00FD739D" w:rsidRDefault="00FD739D">
            <w:pPr>
              <w:spacing w:after="0"/>
            </w:pPr>
          </w:p>
        </w:tc>
      </w:tr>
      <w:tr w:rsidR="00ED2234" w14:paraId="3A095EB5" w14:textId="77777777"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D1B3B2" w14:textId="77777777" w:rsidR="00ED2234" w:rsidRDefault="00ED2234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E7A09B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2. Údaje o dítěti a žádosti</w:t>
            </w:r>
          </w:p>
        </w:tc>
      </w:tr>
    </w:tbl>
    <w:p w14:paraId="14831E19" w14:textId="77777777" w:rsidR="00ED2234" w:rsidRDefault="00ED2234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212"/>
        <w:gridCol w:w="5148"/>
      </w:tblGrid>
      <w:tr w:rsidR="00ED2234" w14:paraId="15BD5584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265E7B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Jméno a příjmení dítěte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F73703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2C034D68" w14:textId="656401A9" w:rsidR="00FD739D" w:rsidRDefault="00FD739D">
            <w:pPr>
              <w:spacing w:after="0"/>
            </w:pPr>
          </w:p>
        </w:tc>
      </w:tr>
      <w:tr w:rsidR="00ED2234" w14:paraId="22A59B01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866E6A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Datum narození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D62044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0F469A99" w14:textId="3F806A6C" w:rsidR="00FD739D" w:rsidRDefault="00FD739D">
            <w:pPr>
              <w:spacing w:after="0"/>
            </w:pPr>
          </w:p>
        </w:tc>
      </w:tr>
      <w:tr w:rsidR="00ED2234" w14:paraId="25430863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382A6A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Rodné číslo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AF6712" w14:textId="77777777" w:rsidR="00FD739D" w:rsidRDefault="00FD739D">
            <w:pPr>
              <w:spacing w:after="0"/>
              <w:rPr>
                <w:color w:val="667270"/>
                <w:sz w:val="17"/>
              </w:rPr>
            </w:pPr>
          </w:p>
          <w:p w14:paraId="73BFEF0F" w14:textId="1854E4D2" w:rsidR="00FD739D" w:rsidRPr="00FD739D" w:rsidRDefault="00FD739D">
            <w:pPr>
              <w:spacing w:after="0"/>
              <w:rPr>
                <w:color w:val="667270"/>
                <w:sz w:val="17"/>
              </w:rPr>
            </w:pPr>
          </w:p>
        </w:tc>
      </w:tr>
      <w:tr w:rsidR="00ED2234" w14:paraId="4369F8DD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A59436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Trvalé bydliště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78F3F3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463391B7" w14:textId="3A8B998A" w:rsidR="00FD739D" w:rsidRDefault="00FD739D">
            <w:pPr>
              <w:spacing w:after="0"/>
            </w:pPr>
          </w:p>
        </w:tc>
      </w:tr>
      <w:tr w:rsidR="00ED2234" w14:paraId="45FC3B35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7D18E4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Mateřská škola / pracoviště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9FBC5E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0130BE2B" w14:textId="6838A93E" w:rsidR="00FD739D" w:rsidRDefault="00FD739D">
            <w:pPr>
              <w:spacing w:after="0"/>
            </w:pPr>
          </w:p>
        </w:tc>
      </w:tr>
      <w:tr w:rsidR="00ED2234" w14:paraId="2E2FC2F9" w14:textId="77777777">
        <w:tc>
          <w:tcPr>
            <w:tcW w:w="421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7833F2" w14:textId="77777777" w:rsidR="00ED2234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Požadovaný nástup od</w:t>
            </w:r>
          </w:p>
        </w:tc>
        <w:tc>
          <w:tcPr>
            <w:tcW w:w="514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92F352" w14:textId="77777777" w:rsidR="00ED2234" w:rsidRDefault="00ED2234">
            <w:pPr>
              <w:spacing w:after="0"/>
              <w:rPr>
                <w:color w:val="667270"/>
                <w:sz w:val="17"/>
              </w:rPr>
            </w:pPr>
          </w:p>
          <w:p w14:paraId="366DD276" w14:textId="1A9FA44E" w:rsidR="00FD739D" w:rsidRDefault="00FD739D">
            <w:pPr>
              <w:spacing w:after="0"/>
            </w:pPr>
          </w:p>
        </w:tc>
      </w:tr>
    </w:tbl>
    <w:p w14:paraId="79579695" w14:textId="77777777" w:rsidR="00ED2234" w:rsidRDefault="00000000">
      <w:pPr>
        <w:spacing w:after="40"/>
      </w:pPr>
      <w:r>
        <w:rPr>
          <w:b/>
          <w:color w:val="315E5B"/>
        </w:rPr>
        <w:t>Dítě mělo doporučený odklad povinné školní docházky: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2234" w14:paraId="4C585BD9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38C0F3" w14:textId="77777777" w:rsidR="00ED2234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ANO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4EF6A2" w14:textId="77777777" w:rsidR="00ED2234" w:rsidRDefault="00000000">
            <w:pPr>
              <w:spacing w:after="0"/>
              <w:jc w:val="center"/>
            </w:pPr>
            <w:r>
              <w:rPr>
                <w:b/>
                <w:color w:val="315E5B"/>
              </w:rPr>
              <w:t>☐  NE</w:t>
            </w:r>
          </w:p>
        </w:tc>
      </w:tr>
    </w:tbl>
    <w:p w14:paraId="74C87A1B" w14:textId="77777777" w:rsidR="00ED2234" w:rsidRDefault="00000000">
      <w:pPr>
        <w:spacing w:after="40"/>
      </w:pPr>
      <w:r>
        <w:rPr>
          <w:b/>
          <w:color w:val="315E5B"/>
          <w:sz w:val="17"/>
        </w:rPr>
        <w:t>Ředitelka mateřské školy: Mgr. Alena Bilerová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2234" w14:paraId="54AB2FB5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B67A5E" w14:textId="77777777" w:rsidR="00FD739D" w:rsidRDefault="00FD739D">
            <w:pPr>
              <w:spacing w:before="200" w:after="20"/>
              <w:jc w:val="center"/>
              <w:rPr>
                <w:color w:val="667270"/>
                <w:sz w:val="17"/>
              </w:rPr>
            </w:pPr>
          </w:p>
          <w:p w14:paraId="4A015BB0" w14:textId="6D8D6707" w:rsidR="00ED2234" w:rsidRDefault="00000000">
            <w:pPr>
              <w:spacing w:before="200" w:after="20"/>
              <w:jc w:val="center"/>
            </w:pPr>
            <w:r>
              <w:rPr>
                <w:color w:val="667270"/>
                <w:sz w:val="17"/>
              </w:rPr>
              <w:t>________________________________</w:t>
            </w:r>
          </w:p>
          <w:p w14:paraId="31274EC6" w14:textId="77777777" w:rsidR="00ED2234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V ................................ dne</w:t>
            </w:r>
          </w:p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A7CEC1" w14:textId="77777777" w:rsidR="00FD739D" w:rsidRDefault="00FD739D">
            <w:pPr>
              <w:spacing w:before="200" w:after="20"/>
              <w:jc w:val="center"/>
              <w:rPr>
                <w:color w:val="667270"/>
                <w:sz w:val="17"/>
              </w:rPr>
            </w:pPr>
          </w:p>
          <w:p w14:paraId="4C05C19E" w14:textId="478147AF" w:rsidR="00ED2234" w:rsidRDefault="00000000">
            <w:pPr>
              <w:spacing w:before="200" w:after="20"/>
              <w:jc w:val="center"/>
            </w:pPr>
            <w:r>
              <w:rPr>
                <w:color w:val="667270"/>
                <w:sz w:val="17"/>
              </w:rPr>
              <w:t>________________________________</w:t>
            </w:r>
          </w:p>
          <w:p w14:paraId="13E1B360" w14:textId="77777777" w:rsidR="00ED2234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Podpis zákonného zástupce</w:t>
            </w:r>
          </w:p>
        </w:tc>
      </w:tr>
    </w:tbl>
    <w:p w14:paraId="465217AF" w14:textId="77777777" w:rsidR="006556C5" w:rsidRDefault="006556C5"/>
    <w:sectPr w:rsidR="006556C5" w:rsidSect="00034616">
      <w:headerReference w:type="default" r:id="rId9"/>
      <w:footerReference w:type="default" r:id="rId10"/>
      <w:pgSz w:w="11906" w:h="16838"/>
      <w:pgMar w:top="709" w:right="822" w:bottom="680" w:left="82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BEA1E" w14:textId="77777777" w:rsidR="006556C5" w:rsidRDefault="006556C5">
      <w:pPr>
        <w:spacing w:after="0" w:line="240" w:lineRule="auto"/>
      </w:pPr>
      <w:r>
        <w:separator/>
      </w:r>
    </w:p>
  </w:endnote>
  <w:endnote w:type="continuationSeparator" w:id="0">
    <w:p w14:paraId="5D061179" w14:textId="77777777" w:rsidR="006556C5" w:rsidRDefault="0065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16CD" w14:textId="77777777" w:rsidR="00ED2234" w:rsidRDefault="00000000">
    <w:pPr>
      <w:pStyle w:val="Zpat"/>
      <w:jc w:val="right"/>
    </w:pPr>
    <w:r>
      <w:rPr>
        <w:color w:val="667270"/>
        <w:sz w:val="16"/>
      </w:rPr>
      <w:t xml:space="preserve">PŘIJETÍ DO MŠ   •   Strana </w:t>
    </w:r>
    <w:r>
      <w:rPr>
        <w:color w:val="667270"/>
        <w:sz w:val="16"/>
      </w:rPr>
      <w:fldChar w:fldCharType="begin"/>
    </w:r>
    <w:r>
      <w:rPr>
        <w:color w:val="667270"/>
        <w:sz w:val="16"/>
      </w:rPr>
      <w:instrText>PAGE</w:instrText>
    </w:r>
    <w:r>
      <w:rPr>
        <w:color w:val="667270"/>
        <w:sz w:val="16"/>
      </w:rPr>
      <w:fldChar w:fldCharType="separate"/>
    </w:r>
    <w:r>
      <w:rPr>
        <w:color w:val="667270"/>
        <w:sz w:val="16"/>
      </w:rPr>
      <w:t>1</w:t>
    </w:r>
    <w:r>
      <w:rPr>
        <w:color w:val="6672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CC424" w14:textId="77777777" w:rsidR="006556C5" w:rsidRDefault="006556C5">
      <w:pPr>
        <w:spacing w:after="0" w:line="240" w:lineRule="auto"/>
      </w:pPr>
      <w:r>
        <w:separator/>
      </w:r>
    </w:p>
  </w:footnote>
  <w:footnote w:type="continuationSeparator" w:id="0">
    <w:p w14:paraId="47B75D86" w14:textId="77777777" w:rsidR="006556C5" w:rsidRDefault="0065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2A3EE" w14:textId="77777777" w:rsidR="00ED2234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PŘIJETÍ DO MŠ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9414754">
    <w:abstractNumId w:val="8"/>
  </w:num>
  <w:num w:numId="2" w16cid:durableId="1263609169">
    <w:abstractNumId w:val="6"/>
  </w:num>
  <w:num w:numId="3" w16cid:durableId="506216251">
    <w:abstractNumId w:val="5"/>
  </w:num>
  <w:num w:numId="4" w16cid:durableId="82457523">
    <w:abstractNumId w:val="4"/>
  </w:num>
  <w:num w:numId="5" w16cid:durableId="591357693">
    <w:abstractNumId w:val="7"/>
  </w:num>
  <w:num w:numId="6" w16cid:durableId="955601395">
    <w:abstractNumId w:val="3"/>
  </w:num>
  <w:num w:numId="7" w16cid:durableId="2073578167">
    <w:abstractNumId w:val="2"/>
  </w:num>
  <w:num w:numId="8" w16cid:durableId="1907522839">
    <w:abstractNumId w:val="1"/>
  </w:num>
  <w:num w:numId="9" w16cid:durableId="173611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556C5"/>
    <w:rsid w:val="00AA1D8D"/>
    <w:rsid w:val="00B47730"/>
    <w:rsid w:val="00CB0664"/>
    <w:rsid w:val="00ED2234"/>
    <w:rsid w:val="00F86174"/>
    <w:rsid w:val="00F9051C"/>
    <w:rsid w:val="00FC693F"/>
    <w:rsid w:val="00F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015D3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ptos" w:hAnsi="Aptos"/>
      <w:color w:val="34413F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přijetí dítěte do mateřské školy</dc:title>
  <dc:subject/>
  <dc:creator>python-docx</dc:creator>
  <cp:keywords/>
  <dc:description>generated by python-docx</dc:description>
  <cp:lastModifiedBy>PC2 ZSMontessori</cp:lastModifiedBy>
  <cp:revision>3</cp:revision>
  <dcterms:created xsi:type="dcterms:W3CDTF">2026-09-08T10:51:00Z</dcterms:created>
  <dcterms:modified xsi:type="dcterms:W3CDTF">2026-09-08T10:52:00Z</dcterms:modified>
  <cp:category/>
</cp:coreProperties>
</file>