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49C0A" w14:textId="77777777" w:rsidR="004A5A11" w:rsidRDefault="00000000">
      <w:pPr>
        <w:spacing w:after="40" w:line="240" w:lineRule="auto"/>
        <w:jc w:val="center"/>
      </w:pPr>
      <w:r>
        <w:rPr>
          <w:noProof/>
        </w:rPr>
        <w:drawing>
          <wp:inline distT="0" distB="0" distL="0" distR="0" wp14:anchorId="0002D9EB" wp14:editId="086EB91B">
            <wp:extent cx="954000" cy="9554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954000" cy="955401"/>
                    </a:xfrm>
                    <a:prstGeom prst="rect">
                      <a:avLst/>
                    </a:prstGeom>
                  </pic:spPr>
                </pic:pic>
              </a:graphicData>
            </a:graphic>
          </wp:inline>
        </w:drawing>
      </w:r>
    </w:p>
    <w:p w14:paraId="42B2FD14" w14:textId="77777777" w:rsidR="004A5A11" w:rsidRDefault="00000000">
      <w:pPr>
        <w:spacing w:after="0" w:line="240" w:lineRule="auto"/>
        <w:jc w:val="center"/>
      </w:pPr>
      <w:r>
        <w:rPr>
          <w:b/>
          <w:sz w:val="19"/>
        </w:rPr>
        <w:t>Mateřská škola a základní škola Sluníčko-Montessori, s.r.o.</w:t>
      </w:r>
    </w:p>
    <w:p w14:paraId="12E6DA20" w14:textId="055BBEBE" w:rsidR="004A5A11" w:rsidRDefault="00000000" w:rsidP="001E24D2">
      <w:pPr>
        <w:spacing w:after="0" w:line="240" w:lineRule="auto"/>
        <w:jc w:val="center"/>
      </w:pPr>
      <w:r>
        <w:rPr>
          <w:color w:val="667270"/>
          <w:sz w:val="16"/>
        </w:rPr>
        <w:t>Šrámkova 14, 638 00 Brno, IČO 25338790</w:t>
      </w:r>
    </w:p>
    <w:p w14:paraId="4949DA65" w14:textId="77777777" w:rsidR="001E24D2" w:rsidRDefault="001E24D2" w:rsidP="001E24D2">
      <w:pPr>
        <w:spacing w:after="0" w:line="240" w:lineRule="auto"/>
        <w:jc w:val="center"/>
      </w:pPr>
    </w:p>
    <w:p w14:paraId="3D4AC841" w14:textId="77777777" w:rsidR="004A5A11" w:rsidRDefault="00000000">
      <w:pPr>
        <w:spacing w:after="40" w:line="240" w:lineRule="auto"/>
        <w:jc w:val="center"/>
      </w:pPr>
      <w:r>
        <w:rPr>
          <w:b/>
          <w:color w:val="D89A28"/>
          <w:sz w:val="17"/>
        </w:rPr>
        <w:t>OCHRANA OSOBNÍCH ÚDAJŮ</w:t>
      </w:r>
    </w:p>
    <w:p w14:paraId="78F13C27" w14:textId="77777777" w:rsidR="004A5A11" w:rsidRDefault="00000000">
      <w:pPr>
        <w:spacing w:after="160" w:line="240" w:lineRule="auto"/>
        <w:jc w:val="center"/>
      </w:pPr>
      <w:r>
        <w:rPr>
          <w:b/>
          <w:color w:val="315E5B"/>
          <w:sz w:val="37"/>
        </w:rPr>
        <w:t>Souhlas se zpracováním osobních údajů dětí/žáků</w:t>
      </w:r>
    </w:p>
    <w:tbl>
      <w:tblPr>
        <w:tblW w:w="0" w:type="auto"/>
        <w:jc w:val="center"/>
        <w:tblLayout w:type="fixed"/>
        <w:tblLook w:val="04A0" w:firstRow="1" w:lastRow="0" w:firstColumn="1" w:lastColumn="0" w:noHBand="0" w:noVBand="1"/>
      </w:tblPr>
      <w:tblGrid>
        <w:gridCol w:w="5131"/>
        <w:gridCol w:w="5131"/>
      </w:tblGrid>
      <w:tr w:rsidR="004A5A11" w14:paraId="57FA0FAF" w14:textId="77777777">
        <w:trPr>
          <w:jc w:val="center"/>
        </w:trPr>
        <w:tc>
          <w:tcPr>
            <w:tcW w:w="5131" w:type="dxa"/>
            <w:tcBorders>
              <w:top w:val="nil"/>
              <w:left w:val="nil"/>
              <w:bottom w:val="nil"/>
              <w:right w:val="nil"/>
            </w:tcBorders>
            <w:shd w:val="clear" w:color="auto" w:fill="D89A28"/>
            <w:tcMar>
              <w:top w:w="40" w:type="dxa"/>
              <w:left w:w="0" w:type="dxa"/>
              <w:bottom w:w="40" w:type="dxa"/>
              <w:right w:w="0" w:type="dxa"/>
            </w:tcMar>
          </w:tcPr>
          <w:p w14:paraId="599D9C80" w14:textId="77777777" w:rsidR="004A5A11" w:rsidRDefault="004A5A11"/>
        </w:tc>
        <w:tc>
          <w:tcPr>
            <w:tcW w:w="5131" w:type="dxa"/>
            <w:tcBorders>
              <w:top w:val="nil"/>
              <w:left w:val="nil"/>
              <w:bottom w:val="nil"/>
              <w:right w:val="nil"/>
            </w:tcBorders>
            <w:shd w:val="clear" w:color="auto" w:fill="EFF5F2"/>
            <w:tcMar>
              <w:top w:w="70" w:type="dxa"/>
              <w:left w:w="120" w:type="dxa"/>
              <w:bottom w:w="65" w:type="dxa"/>
              <w:right w:w="100" w:type="dxa"/>
            </w:tcMar>
          </w:tcPr>
          <w:p w14:paraId="0E89CFEA" w14:textId="77777777" w:rsidR="004A5A11" w:rsidRDefault="00000000">
            <w:pPr>
              <w:spacing w:after="0" w:line="240" w:lineRule="auto"/>
            </w:pPr>
            <w:r>
              <w:rPr>
                <w:b/>
                <w:color w:val="315E5B"/>
                <w:sz w:val="23"/>
              </w:rPr>
              <w:t>Údaje zákonného zástupce</w:t>
            </w:r>
          </w:p>
        </w:tc>
      </w:tr>
    </w:tbl>
    <w:p w14:paraId="2F3897F3" w14:textId="77777777" w:rsidR="004A5A11" w:rsidRDefault="004A5A11">
      <w:pPr>
        <w:spacing w:after="0"/>
      </w:pPr>
    </w:p>
    <w:p w14:paraId="292A03EB" w14:textId="77777777" w:rsidR="004A5A11" w:rsidRDefault="00000000">
      <w:pPr>
        <w:spacing w:after="80" w:line="252" w:lineRule="auto"/>
      </w:pPr>
      <w:r>
        <w:t>Já, níže podepsaný/á</w:t>
      </w:r>
    </w:p>
    <w:tbl>
      <w:tblPr>
        <w:tblW w:w="0" w:type="auto"/>
        <w:jc w:val="center"/>
        <w:tblLayout w:type="fixed"/>
        <w:tblLook w:val="04A0" w:firstRow="1" w:lastRow="0" w:firstColumn="1" w:lastColumn="0" w:noHBand="0" w:noVBand="1"/>
      </w:tblPr>
      <w:tblGrid>
        <w:gridCol w:w="5131"/>
        <w:gridCol w:w="5131"/>
      </w:tblGrid>
      <w:tr w:rsidR="004A5A11" w14:paraId="6CD38D94" w14:textId="77777777">
        <w:trPr>
          <w:jc w:val="center"/>
        </w:trPr>
        <w:tc>
          <w:tcPr>
            <w:tcW w:w="5131" w:type="dxa"/>
            <w:tcBorders>
              <w:top w:val="single" w:sz="4" w:space="0" w:color="D8E1DE"/>
              <w:left w:val="single" w:sz="4" w:space="0" w:color="D8E1DE"/>
              <w:bottom w:val="single" w:sz="4" w:space="0" w:color="D8E1DE"/>
              <w:right w:val="single" w:sz="4" w:space="0" w:color="D8E1DE"/>
            </w:tcBorders>
            <w:shd w:val="clear" w:color="auto" w:fill="FFF4DC"/>
            <w:tcMar>
              <w:top w:w="100" w:type="dxa"/>
              <w:left w:w="120" w:type="dxa"/>
              <w:bottom w:w="100" w:type="dxa"/>
              <w:right w:w="120" w:type="dxa"/>
            </w:tcMar>
            <w:vAlign w:val="center"/>
          </w:tcPr>
          <w:p w14:paraId="4BE52284" w14:textId="77777777" w:rsidR="004A5A11" w:rsidRDefault="00000000">
            <w:pPr>
              <w:spacing w:after="0" w:line="240" w:lineRule="auto"/>
            </w:pPr>
            <w:r>
              <w:rPr>
                <w:b/>
                <w:color w:val="315E5B"/>
                <w:sz w:val="17"/>
              </w:rPr>
              <w:t>Jméno</w:t>
            </w:r>
          </w:p>
        </w:tc>
        <w:tc>
          <w:tcPr>
            <w:tcW w:w="5131" w:type="dxa"/>
            <w:tcBorders>
              <w:top w:val="single" w:sz="4" w:space="0" w:color="D8E1DE"/>
              <w:left w:val="single" w:sz="4" w:space="0" w:color="D8E1DE"/>
              <w:bottom w:val="single" w:sz="4" w:space="0" w:color="D8E1DE"/>
              <w:right w:val="single" w:sz="4" w:space="0" w:color="D8E1DE"/>
            </w:tcBorders>
            <w:shd w:val="clear" w:color="auto" w:fill="FFFFFF"/>
            <w:tcMar>
              <w:top w:w="100" w:type="dxa"/>
              <w:left w:w="120" w:type="dxa"/>
              <w:bottom w:w="100" w:type="dxa"/>
              <w:right w:w="120" w:type="dxa"/>
            </w:tcMar>
            <w:vAlign w:val="center"/>
          </w:tcPr>
          <w:p w14:paraId="3069FB1E" w14:textId="77777777" w:rsidR="004A5A11" w:rsidRDefault="00000000">
            <w:pPr>
              <w:spacing w:after="0" w:line="240" w:lineRule="auto"/>
            </w:pPr>
            <w:r>
              <w:rPr>
                <w:color w:val="667270"/>
              </w:rPr>
              <w:t>…………………………………………………………………………………</w:t>
            </w:r>
          </w:p>
        </w:tc>
      </w:tr>
      <w:tr w:rsidR="004A5A11" w14:paraId="7661FA1B" w14:textId="77777777">
        <w:trPr>
          <w:jc w:val="center"/>
        </w:trPr>
        <w:tc>
          <w:tcPr>
            <w:tcW w:w="5131" w:type="dxa"/>
            <w:tcBorders>
              <w:top w:val="single" w:sz="4" w:space="0" w:color="D8E1DE"/>
              <w:left w:val="single" w:sz="4" w:space="0" w:color="D8E1DE"/>
              <w:bottom w:val="single" w:sz="4" w:space="0" w:color="D8E1DE"/>
              <w:right w:val="single" w:sz="4" w:space="0" w:color="D8E1DE"/>
            </w:tcBorders>
            <w:shd w:val="clear" w:color="auto" w:fill="FFF4DC"/>
            <w:tcMar>
              <w:top w:w="100" w:type="dxa"/>
              <w:left w:w="120" w:type="dxa"/>
              <w:bottom w:w="100" w:type="dxa"/>
              <w:right w:w="120" w:type="dxa"/>
            </w:tcMar>
            <w:vAlign w:val="center"/>
          </w:tcPr>
          <w:p w14:paraId="0AEB6540" w14:textId="77777777" w:rsidR="004A5A11" w:rsidRDefault="00000000">
            <w:pPr>
              <w:spacing w:after="0" w:line="240" w:lineRule="auto"/>
            </w:pPr>
            <w:r>
              <w:rPr>
                <w:b/>
                <w:color w:val="315E5B"/>
                <w:sz w:val="17"/>
              </w:rPr>
              <w:t>Datum narození</w:t>
            </w:r>
          </w:p>
        </w:tc>
        <w:tc>
          <w:tcPr>
            <w:tcW w:w="5131" w:type="dxa"/>
            <w:tcBorders>
              <w:top w:val="single" w:sz="4" w:space="0" w:color="D8E1DE"/>
              <w:left w:val="single" w:sz="4" w:space="0" w:color="D8E1DE"/>
              <w:bottom w:val="single" w:sz="4" w:space="0" w:color="D8E1DE"/>
              <w:right w:val="single" w:sz="4" w:space="0" w:color="D8E1DE"/>
            </w:tcBorders>
            <w:shd w:val="clear" w:color="auto" w:fill="FFFFFF"/>
            <w:tcMar>
              <w:top w:w="100" w:type="dxa"/>
              <w:left w:w="120" w:type="dxa"/>
              <w:bottom w:w="100" w:type="dxa"/>
              <w:right w:w="120" w:type="dxa"/>
            </w:tcMar>
            <w:vAlign w:val="center"/>
          </w:tcPr>
          <w:p w14:paraId="0397ECBE" w14:textId="77777777" w:rsidR="004A5A11" w:rsidRDefault="00000000">
            <w:pPr>
              <w:spacing w:after="0" w:line="240" w:lineRule="auto"/>
            </w:pPr>
            <w:r>
              <w:rPr>
                <w:color w:val="667270"/>
              </w:rPr>
              <w:t>…………………………………………………………………………………</w:t>
            </w:r>
          </w:p>
        </w:tc>
      </w:tr>
      <w:tr w:rsidR="004A5A11" w14:paraId="4C4B459F" w14:textId="77777777">
        <w:trPr>
          <w:jc w:val="center"/>
        </w:trPr>
        <w:tc>
          <w:tcPr>
            <w:tcW w:w="5131" w:type="dxa"/>
            <w:tcBorders>
              <w:top w:val="single" w:sz="4" w:space="0" w:color="D8E1DE"/>
              <w:left w:val="single" w:sz="4" w:space="0" w:color="D8E1DE"/>
              <w:bottom w:val="single" w:sz="4" w:space="0" w:color="D8E1DE"/>
              <w:right w:val="single" w:sz="4" w:space="0" w:color="D8E1DE"/>
            </w:tcBorders>
            <w:shd w:val="clear" w:color="auto" w:fill="FFF4DC"/>
            <w:tcMar>
              <w:top w:w="100" w:type="dxa"/>
              <w:left w:w="120" w:type="dxa"/>
              <w:bottom w:w="100" w:type="dxa"/>
              <w:right w:w="120" w:type="dxa"/>
            </w:tcMar>
            <w:vAlign w:val="center"/>
          </w:tcPr>
          <w:p w14:paraId="27C4C9C8" w14:textId="77777777" w:rsidR="004A5A11" w:rsidRDefault="00000000">
            <w:pPr>
              <w:spacing w:after="0" w:line="240" w:lineRule="auto"/>
            </w:pPr>
            <w:r>
              <w:rPr>
                <w:b/>
                <w:color w:val="315E5B"/>
                <w:sz w:val="17"/>
              </w:rPr>
              <w:t>Trvale bytem</w:t>
            </w:r>
          </w:p>
        </w:tc>
        <w:tc>
          <w:tcPr>
            <w:tcW w:w="5131" w:type="dxa"/>
            <w:tcBorders>
              <w:top w:val="single" w:sz="4" w:space="0" w:color="D8E1DE"/>
              <w:left w:val="single" w:sz="4" w:space="0" w:color="D8E1DE"/>
              <w:bottom w:val="single" w:sz="4" w:space="0" w:color="D8E1DE"/>
              <w:right w:val="single" w:sz="4" w:space="0" w:color="D8E1DE"/>
            </w:tcBorders>
            <w:shd w:val="clear" w:color="auto" w:fill="FFFFFF"/>
            <w:tcMar>
              <w:top w:w="100" w:type="dxa"/>
              <w:left w:w="120" w:type="dxa"/>
              <w:bottom w:w="100" w:type="dxa"/>
              <w:right w:w="120" w:type="dxa"/>
            </w:tcMar>
            <w:vAlign w:val="center"/>
          </w:tcPr>
          <w:p w14:paraId="437DCDC1" w14:textId="77777777" w:rsidR="004A5A11" w:rsidRDefault="00000000">
            <w:pPr>
              <w:spacing w:after="0" w:line="240" w:lineRule="auto"/>
            </w:pPr>
            <w:r>
              <w:rPr>
                <w:color w:val="667270"/>
              </w:rPr>
              <w:t>…………………………………………………………………………………</w:t>
            </w:r>
          </w:p>
        </w:tc>
      </w:tr>
    </w:tbl>
    <w:p w14:paraId="7EBABCCD" w14:textId="77777777" w:rsidR="004A5A11" w:rsidRDefault="004A5A11">
      <w:pPr>
        <w:spacing w:after="0"/>
      </w:pPr>
    </w:p>
    <w:tbl>
      <w:tblPr>
        <w:tblW w:w="0" w:type="auto"/>
        <w:jc w:val="center"/>
        <w:tblLayout w:type="fixed"/>
        <w:tblLook w:val="04A0" w:firstRow="1" w:lastRow="0" w:firstColumn="1" w:lastColumn="0" w:noHBand="0" w:noVBand="1"/>
      </w:tblPr>
      <w:tblGrid>
        <w:gridCol w:w="5131"/>
        <w:gridCol w:w="5131"/>
      </w:tblGrid>
      <w:tr w:rsidR="004A5A11" w14:paraId="36877F7C" w14:textId="77777777">
        <w:trPr>
          <w:jc w:val="center"/>
        </w:trPr>
        <w:tc>
          <w:tcPr>
            <w:tcW w:w="5131" w:type="dxa"/>
            <w:tcBorders>
              <w:top w:val="nil"/>
              <w:left w:val="nil"/>
              <w:bottom w:val="nil"/>
              <w:right w:val="nil"/>
            </w:tcBorders>
            <w:shd w:val="clear" w:color="auto" w:fill="D89A28"/>
            <w:tcMar>
              <w:top w:w="40" w:type="dxa"/>
              <w:left w:w="0" w:type="dxa"/>
              <w:bottom w:w="40" w:type="dxa"/>
              <w:right w:w="0" w:type="dxa"/>
            </w:tcMar>
          </w:tcPr>
          <w:p w14:paraId="5CE9EEB8" w14:textId="77777777" w:rsidR="004A5A11" w:rsidRDefault="004A5A11"/>
        </w:tc>
        <w:tc>
          <w:tcPr>
            <w:tcW w:w="5131" w:type="dxa"/>
            <w:tcBorders>
              <w:top w:val="nil"/>
              <w:left w:val="nil"/>
              <w:bottom w:val="nil"/>
              <w:right w:val="nil"/>
            </w:tcBorders>
            <w:shd w:val="clear" w:color="auto" w:fill="EFF5F2"/>
            <w:tcMar>
              <w:top w:w="70" w:type="dxa"/>
              <w:left w:w="120" w:type="dxa"/>
              <w:bottom w:w="65" w:type="dxa"/>
              <w:right w:w="100" w:type="dxa"/>
            </w:tcMar>
          </w:tcPr>
          <w:p w14:paraId="1577F891" w14:textId="77777777" w:rsidR="004A5A11" w:rsidRDefault="00000000">
            <w:pPr>
              <w:spacing w:after="0" w:line="240" w:lineRule="auto"/>
            </w:pPr>
            <w:r>
              <w:rPr>
                <w:b/>
                <w:color w:val="315E5B"/>
                <w:sz w:val="23"/>
              </w:rPr>
              <w:t>Údaje dítěte / žáka</w:t>
            </w:r>
          </w:p>
        </w:tc>
      </w:tr>
    </w:tbl>
    <w:p w14:paraId="0732835B" w14:textId="77777777" w:rsidR="004A5A11" w:rsidRDefault="004A5A11">
      <w:pPr>
        <w:spacing w:after="0"/>
      </w:pPr>
    </w:p>
    <w:p w14:paraId="37E5DC3A" w14:textId="77777777" w:rsidR="004A5A11" w:rsidRDefault="00000000">
      <w:pPr>
        <w:spacing w:after="80" w:line="252" w:lineRule="auto"/>
      </w:pPr>
      <w:r>
        <w:t>jakožto zákonný zástupce žáka/žákyně/dítěte</w:t>
      </w:r>
    </w:p>
    <w:tbl>
      <w:tblPr>
        <w:tblW w:w="0" w:type="auto"/>
        <w:jc w:val="center"/>
        <w:tblLayout w:type="fixed"/>
        <w:tblLook w:val="04A0" w:firstRow="1" w:lastRow="0" w:firstColumn="1" w:lastColumn="0" w:noHBand="0" w:noVBand="1"/>
      </w:tblPr>
      <w:tblGrid>
        <w:gridCol w:w="5131"/>
        <w:gridCol w:w="5131"/>
      </w:tblGrid>
      <w:tr w:rsidR="004A5A11" w14:paraId="494C8870" w14:textId="77777777">
        <w:trPr>
          <w:jc w:val="center"/>
        </w:trPr>
        <w:tc>
          <w:tcPr>
            <w:tcW w:w="5131" w:type="dxa"/>
            <w:tcBorders>
              <w:top w:val="single" w:sz="4" w:space="0" w:color="D8E1DE"/>
              <w:left w:val="single" w:sz="4" w:space="0" w:color="D8E1DE"/>
              <w:bottom w:val="single" w:sz="4" w:space="0" w:color="D8E1DE"/>
              <w:right w:val="single" w:sz="4" w:space="0" w:color="D8E1DE"/>
            </w:tcBorders>
            <w:shd w:val="clear" w:color="auto" w:fill="FFF4DC"/>
            <w:tcMar>
              <w:top w:w="100" w:type="dxa"/>
              <w:left w:w="120" w:type="dxa"/>
              <w:bottom w:w="100" w:type="dxa"/>
              <w:right w:w="120" w:type="dxa"/>
            </w:tcMar>
            <w:vAlign w:val="center"/>
          </w:tcPr>
          <w:p w14:paraId="083E7052" w14:textId="77777777" w:rsidR="004A5A11" w:rsidRDefault="00000000">
            <w:pPr>
              <w:spacing w:after="0" w:line="240" w:lineRule="auto"/>
            </w:pPr>
            <w:r>
              <w:rPr>
                <w:b/>
                <w:color w:val="315E5B"/>
                <w:sz w:val="17"/>
              </w:rPr>
              <w:t>Jméno</w:t>
            </w:r>
          </w:p>
        </w:tc>
        <w:tc>
          <w:tcPr>
            <w:tcW w:w="5131" w:type="dxa"/>
            <w:tcBorders>
              <w:top w:val="single" w:sz="4" w:space="0" w:color="D8E1DE"/>
              <w:left w:val="single" w:sz="4" w:space="0" w:color="D8E1DE"/>
              <w:bottom w:val="single" w:sz="4" w:space="0" w:color="D8E1DE"/>
              <w:right w:val="single" w:sz="4" w:space="0" w:color="D8E1DE"/>
            </w:tcBorders>
            <w:shd w:val="clear" w:color="auto" w:fill="FFFFFF"/>
            <w:tcMar>
              <w:top w:w="100" w:type="dxa"/>
              <w:left w:w="120" w:type="dxa"/>
              <w:bottom w:w="100" w:type="dxa"/>
              <w:right w:w="120" w:type="dxa"/>
            </w:tcMar>
            <w:vAlign w:val="center"/>
          </w:tcPr>
          <w:p w14:paraId="5E67A5B2" w14:textId="77777777" w:rsidR="004A5A11" w:rsidRDefault="00000000">
            <w:pPr>
              <w:spacing w:after="0" w:line="240" w:lineRule="auto"/>
            </w:pPr>
            <w:r>
              <w:rPr>
                <w:color w:val="667270"/>
              </w:rPr>
              <w:t>…………………………………………………………………………………</w:t>
            </w:r>
          </w:p>
        </w:tc>
      </w:tr>
      <w:tr w:rsidR="004A5A11" w14:paraId="76BA26F1" w14:textId="77777777">
        <w:trPr>
          <w:jc w:val="center"/>
        </w:trPr>
        <w:tc>
          <w:tcPr>
            <w:tcW w:w="5131" w:type="dxa"/>
            <w:tcBorders>
              <w:top w:val="single" w:sz="4" w:space="0" w:color="D8E1DE"/>
              <w:left w:val="single" w:sz="4" w:space="0" w:color="D8E1DE"/>
              <w:bottom w:val="single" w:sz="4" w:space="0" w:color="D8E1DE"/>
              <w:right w:val="single" w:sz="4" w:space="0" w:color="D8E1DE"/>
            </w:tcBorders>
            <w:shd w:val="clear" w:color="auto" w:fill="FFF4DC"/>
            <w:tcMar>
              <w:top w:w="100" w:type="dxa"/>
              <w:left w:w="120" w:type="dxa"/>
              <w:bottom w:w="100" w:type="dxa"/>
              <w:right w:w="120" w:type="dxa"/>
            </w:tcMar>
            <w:vAlign w:val="center"/>
          </w:tcPr>
          <w:p w14:paraId="181B044F" w14:textId="77777777" w:rsidR="004A5A11" w:rsidRDefault="00000000">
            <w:pPr>
              <w:spacing w:after="0" w:line="240" w:lineRule="auto"/>
            </w:pPr>
            <w:r>
              <w:rPr>
                <w:b/>
                <w:color w:val="315E5B"/>
                <w:sz w:val="17"/>
              </w:rPr>
              <w:t>Datum narození</w:t>
            </w:r>
          </w:p>
        </w:tc>
        <w:tc>
          <w:tcPr>
            <w:tcW w:w="5131" w:type="dxa"/>
            <w:tcBorders>
              <w:top w:val="single" w:sz="4" w:space="0" w:color="D8E1DE"/>
              <w:left w:val="single" w:sz="4" w:space="0" w:color="D8E1DE"/>
              <w:bottom w:val="single" w:sz="4" w:space="0" w:color="D8E1DE"/>
              <w:right w:val="single" w:sz="4" w:space="0" w:color="D8E1DE"/>
            </w:tcBorders>
            <w:shd w:val="clear" w:color="auto" w:fill="FFFFFF"/>
            <w:tcMar>
              <w:top w:w="100" w:type="dxa"/>
              <w:left w:w="120" w:type="dxa"/>
              <w:bottom w:w="100" w:type="dxa"/>
              <w:right w:w="120" w:type="dxa"/>
            </w:tcMar>
            <w:vAlign w:val="center"/>
          </w:tcPr>
          <w:p w14:paraId="5F811972" w14:textId="77777777" w:rsidR="004A5A11" w:rsidRDefault="00000000">
            <w:pPr>
              <w:spacing w:after="0" w:line="240" w:lineRule="auto"/>
            </w:pPr>
            <w:r>
              <w:rPr>
                <w:color w:val="667270"/>
              </w:rPr>
              <w:t>…………………………………………………………………………………</w:t>
            </w:r>
          </w:p>
        </w:tc>
      </w:tr>
      <w:tr w:rsidR="004A5A11" w14:paraId="7FBD069E" w14:textId="77777777">
        <w:trPr>
          <w:jc w:val="center"/>
        </w:trPr>
        <w:tc>
          <w:tcPr>
            <w:tcW w:w="5131" w:type="dxa"/>
            <w:tcBorders>
              <w:top w:val="single" w:sz="4" w:space="0" w:color="D8E1DE"/>
              <w:left w:val="single" w:sz="4" w:space="0" w:color="D8E1DE"/>
              <w:bottom w:val="single" w:sz="4" w:space="0" w:color="D8E1DE"/>
              <w:right w:val="single" w:sz="4" w:space="0" w:color="D8E1DE"/>
            </w:tcBorders>
            <w:shd w:val="clear" w:color="auto" w:fill="FFF4DC"/>
            <w:tcMar>
              <w:top w:w="100" w:type="dxa"/>
              <w:left w:w="120" w:type="dxa"/>
              <w:bottom w:w="100" w:type="dxa"/>
              <w:right w:w="120" w:type="dxa"/>
            </w:tcMar>
            <w:vAlign w:val="center"/>
          </w:tcPr>
          <w:p w14:paraId="5E74E768" w14:textId="77777777" w:rsidR="004A5A11" w:rsidRDefault="00000000">
            <w:pPr>
              <w:spacing w:after="0" w:line="240" w:lineRule="auto"/>
            </w:pPr>
            <w:r>
              <w:rPr>
                <w:b/>
                <w:color w:val="315E5B"/>
                <w:sz w:val="17"/>
              </w:rPr>
              <w:t>Trvale bytem</w:t>
            </w:r>
          </w:p>
        </w:tc>
        <w:tc>
          <w:tcPr>
            <w:tcW w:w="5131" w:type="dxa"/>
            <w:tcBorders>
              <w:top w:val="single" w:sz="4" w:space="0" w:color="D8E1DE"/>
              <w:left w:val="single" w:sz="4" w:space="0" w:color="D8E1DE"/>
              <w:bottom w:val="single" w:sz="4" w:space="0" w:color="D8E1DE"/>
              <w:right w:val="single" w:sz="4" w:space="0" w:color="D8E1DE"/>
            </w:tcBorders>
            <w:shd w:val="clear" w:color="auto" w:fill="FFFFFF"/>
            <w:tcMar>
              <w:top w:w="100" w:type="dxa"/>
              <w:left w:w="120" w:type="dxa"/>
              <w:bottom w:w="100" w:type="dxa"/>
              <w:right w:w="120" w:type="dxa"/>
            </w:tcMar>
            <w:vAlign w:val="center"/>
          </w:tcPr>
          <w:p w14:paraId="45DE645C" w14:textId="77777777" w:rsidR="004A5A11" w:rsidRDefault="00000000">
            <w:pPr>
              <w:spacing w:after="0" w:line="240" w:lineRule="auto"/>
            </w:pPr>
            <w:r>
              <w:rPr>
                <w:color w:val="667270"/>
              </w:rPr>
              <w:t>…………………………………………………………………………………</w:t>
            </w:r>
          </w:p>
        </w:tc>
      </w:tr>
    </w:tbl>
    <w:p w14:paraId="11B3DC81" w14:textId="77777777" w:rsidR="004A5A11" w:rsidRDefault="004A5A11">
      <w:pPr>
        <w:spacing w:after="0"/>
      </w:pPr>
    </w:p>
    <w:p w14:paraId="3C1EF324" w14:textId="77777777" w:rsidR="004A5A11" w:rsidRDefault="00000000">
      <w:pPr>
        <w:spacing w:before="80" w:after="80" w:line="259" w:lineRule="auto"/>
      </w:pPr>
      <w:r>
        <w:t xml:space="preserve">tímto uděluji společnosti </w:t>
      </w:r>
      <w:r>
        <w:rPr>
          <w:b/>
        </w:rPr>
        <w:t>Mateřská škola a základní škola Sluníčko - Montessori, s.r.o.</w:t>
      </w:r>
      <w:r>
        <w:t xml:space="preserve">, Šrámkova 432/14, Lesná, 638 00 Brno, IČO: 25338790, </w:t>
      </w:r>
      <w:r>
        <w:rPr>
          <w:b/>
        </w:rPr>
        <w:t>souhlas se zpracováním níže uvedených osobních údajů žáka/žákyně</w:t>
      </w:r>
      <w:r>
        <w:t>, a to:</w:t>
      </w:r>
    </w:p>
    <w:p w14:paraId="0A62815A" w14:textId="77777777" w:rsidR="004A5A11" w:rsidRDefault="00000000">
      <w:pPr>
        <w:spacing w:after="80" w:line="240" w:lineRule="auto"/>
      </w:pPr>
      <w:r>
        <w:rPr>
          <w:i/>
          <w:color w:val="667270"/>
          <w:sz w:val="16"/>
        </w:rPr>
        <w:t>(křížkem označte vyhovující políčko)</w:t>
      </w:r>
    </w:p>
    <w:tbl>
      <w:tblPr>
        <w:tblW w:w="0" w:type="auto"/>
        <w:jc w:val="center"/>
        <w:tblLayout w:type="fixed"/>
        <w:tblLook w:val="04A0" w:firstRow="1" w:lastRow="0" w:firstColumn="1" w:lastColumn="0" w:noHBand="0" w:noVBand="1"/>
      </w:tblPr>
      <w:tblGrid>
        <w:gridCol w:w="5131"/>
        <w:gridCol w:w="5131"/>
      </w:tblGrid>
      <w:tr w:rsidR="004A5A11" w14:paraId="1E3B54D3" w14:textId="77777777">
        <w:trPr>
          <w:cantSplit/>
          <w:jc w:val="center"/>
        </w:trPr>
        <w:tc>
          <w:tcPr>
            <w:tcW w:w="5131" w:type="dxa"/>
            <w:tcBorders>
              <w:top w:val="single" w:sz="4" w:space="0" w:color="D8E1DE"/>
              <w:left w:val="single" w:sz="4" w:space="0" w:color="D8E1DE"/>
              <w:bottom w:val="single" w:sz="4" w:space="0" w:color="D8E1DE"/>
              <w:right w:val="single" w:sz="4" w:space="0" w:color="D8E1DE"/>
            </w:tcBorders>
            <w:shd w:val="clear" w:color="auto" w:fill="FFF4DC"/>
            <w:tcMar>
              <w:top w:w="90" w:type="dxa"/>
              <w:left w:w="100" w:type="dxa"/>
              <w:bottom w:w="90" w:type="dxa"/>
              <w:right w:w="100" w:type="dxa"/>
            </w:tcMar>
            <w:vAlign w:val="center"/>
          </w:tcPr>
          <w:p w14:paraId="000901F0" w14:textId="77777777" w:rsidR="004A5A11" w:rsidRDefault="00000000">
            <w:pPr>
              <w:spacing w:after="0" w:line="240" w:lineRule="auto"/>
              <w:jc w:val="center"/>
            </w:pPr>
            <w:r>
              <w:rPr>
                <w:rFonts w:ascii="DejaVu Sans" w:eastAsia="DejaVu Sans" w:hAnsi="DejaVu Sans"/>
                <w:b/>
                <w:color w:val="315E5B"/>
                <w:sz w:val="17"/>
              </w:rPr>
              <w:t>☐ ANO   ☐ NE</w:t>
            </w:r>
          </w:p>
        </w:tc>
        <w:tc>
          <w:tcPr>
            <w:tcW w:w="5131" w:type="dxa"/>
            <w:tcBorders>
              <w:top w:val="single" w:sz="4" w:space="0" w:color="D8E1DE"/>
              <w:left w:val="single" w:sz="4" w:space="0" w:color="D8E1DE"/>
              <w:bottom w:val="single" w:sz="4" w:space="0" w:color="D8E1DE"/>
              <w:right w:val="single" w:sz="4" w:space="0" w:color="D8E1DE"/>
            </w:tcBorders>
            <w:shd w:val="clear" w:color="auto" w:fill="FFFFFF"/>
            <w:tcMar>
              <w:top w:w="90" w:type="dxa"/>
              <w:left w:w="100" w:type="dxa"/>
              <w:bottom w:w="90" w:type="dxa"/>
              <w:right w:w="100" w:type="dxa"/>
            </w:tcMar>
            <w:vAlign w:val="center"/>
          </w:tcPr>
          <w:p w14:paraId="749BF60D" w14:textId="77777777" w:rsidR="004A5A11" w:rsidRDefault="00000000" w:rsidP="001E24D2">
            <w:pPr>
              <w:spacing w:after="0" w:line="252" w:lineRule="auto"/>
              <w:jc w:val="both"/>
            </w:pPr>
            <w:r>
              <w:rPr>
                <w:sz w:val="16"/>
              </w:rPr>
              <w:t>informace o zdravotní pojišťovně, a to pro účely evidence tohoto údaje pro případ úrazu a potřeby ošetření žáka/žákyně. Tento osobní údaj se zpracovává po dobu trvání školní docházky a po dobu běhu archivačních a skartačních lhůt;</w:t>
            </w:r>
          </w:p>
        </w:tc>
      </w:tr>
    </w:tbl>
    <w:p w14:paraId="6531ECC1" w14:textId="77777777" w:rsidR="004A5A11" w:rsidRDefault="004A5A11">
      <w:pPr>
        <w:spacing w:after="40" w:line="240" w:lineRule="auto"/>
      </w:pPr>
    </w:p>
    <w:tbl>
      <w:tblPr>
        <w:tblW w:w="0" w:type="auto"/>
        <w:jc w:val="center"/>
        <w:tblLayout w:type="fixed"/>
        <w:tblLook w:val="04A0" w:firstRow="1" w:lastRow="0" w:firstColumn="1" w:lastColumn="0" w:noHBand="0" w:noVBand="1"/>
      </w:tblPr>
      <w:tblGrid>
        <w:gridCol w:w="5131"/>
        <w:gridCol w:w="5131"/>
      </w:tblGrid>
      <w:tr w:rsidR="004A5A11" w14:paraId="2CA9CF7B" w14:textId="77777777">
        <w:trPr>
          <w:cantSplit/>
          <w:jc w:val="center"/>
        </w:trPr>
        <w:tc>
          <w:tcPr>
            <w:tcW w:w="5131" w:type="dxa"/>
            <w:tcBorders>
              <w:top w:val="single" w:sz="4" w:space="0" w:color="D8E1DE"/>
              <w:left w:val="single" w:sz="4" w:space="0" w:color="D8E1DE"/>
              <w:bottom w:val="single" w:sz="4" w:space="0" w:color="D8E1DE"/>
              <w:right w:val="single" w:sz="4" w:space="0" w:color="D8E1DE"/>
            </w:tcBorders>
            <w:shd w:val="clear" w:color="auto" w:fill="FFF4DC"/>
            <w:tcMar>
              <w:top w:w="90" w:type="dxa"/>
              <w:left w:w="100" w:type="dxa"/>
              <w:bottom w:w="90" w:type="dxa"/>
              <w:right w:w="100" w:type="dxa"/>
            </w:tcMar>
            <w:vAlign w:val="center"/>
          </w:tcPr>
          <w:p w14:paraId="47549A9B" w14:textId="77777777" w:rsidR="004A5A11" w:rsidRDefault="00000000">
            <w:pPr>
              <w:spacing w:after="0" w:line="240" w:lineRule="auto"/>
              <w:jc w:val="center"/>
            </w:pPr>
            <w:r>
              <w:rPr>
                <w:rFonts w:ascii="DejaVu Sans" w:eastAsia="DejaVu Sans" w:hAnsi="DejaVu Sans"/>
                <w:b/>
                <w:color w:val="315E5B"/>
                <w:sz w:val="17"/>
              </w:rPr>
              <w:t>☐ ANO   ☐ NE</w:t>
            </w:r>
          </w:p>
        </w:tc>
        <w:tc>
          <w:tcPr>
            <w:tcW w:w="5131" w:type="dxa"/>
            <w:tcBorders>
              <w:top w:val="single" w:sz="4" w:space="0" w:color="D8E1DE"/>
              <w:left w:val="single" w:sz="4" w:space="0" w:color="D8E1DE"/>
              <w:bottom w:val="single" w:sz="4" w:space="0" w:color="D8E1DE"/>
              <w:right w:val="single" w:sz="4" w:space="0" w:color="D8E1DE"/>
            </w:tcBorders>
            <w:shd w:val="clear" w:color="auto" w:fill="FFFFFF"/>
            <w:tcMar>
              <w:top w:w="90" w:type="dxa"/>
              <w:left w:w="100" w:type="dxa"/>
              <w:bottom w:w="90" w:type="dxa"/>
              <w:right w:w="100" w:type="dxa"/>
            </w:tcMar>
            <w:vAlign w:val="center"/>
          </w:tcPr>
          <w:p w14:paraId="13BBF4C4" w14:textId="77777777" w:rsidR="004A5A11" w:rsidRDefault="00000000" w:rsidP="001E24D2">
            <w:pPr>
              <w:spacing w:after="0" w:line="252" w:lineRule="auto"/>
              <w:jc w:val="both"/>
            </w:pPr>
            <w:r>
              <w:rPr>
                <w:sz w:val="16"/>
              </w:rPr>
              <w:t>informace zdravotním stavu dítěte (zejména lékařské zprávy – nemoc, zdravotní postižení, žádost o podání léku, alergie, omezení ve stravování), a to pro účely bezpečnosti a ochrany zdraví žáků. Tento osobní údaj se zpracovává po dobu trvání školní docházky a po dobu běhu archivačních a skartačních lhůt;</w:t>
            </w:r>
          </w:p>
        </w:tc>
      </w:tr>
    </w:tbl>
    <w:p w14:paraId="09897814" w14:textId="77777777" w:rsidR="004A5A11" w:rsidRDefault="004A5A11">
      <w:pPr>
        <w:spacing w:after="40" w:line="240" w:lineRule="auto"/>
      </w:pPr>
    </w:p>
    <w:tbl>
      <w:tblPr>
        <w:tblW w:w="0" w:type="auto"/>
        <w:jc w:val="center"/>
        <w:tblLayout w:type="fixed"/>
        <w:tblLook w:val="04A0" w:firstRow="1" w:lastRow="0" w:firstColumn="1" w:lastColumn="0" w:noHBand="0" w:noVBand="1"/>
      </w:tblPr>
      <w:tblGrid>
        <w:gridCol w:w="5131"/>
        <w:gridCol w:w="5131"/>
      </w:tblGrid>
      <w:tr w:rsidR="004A5A11" w14:paraId="6E18EBF6" w14:textId="77777777">
        <w:trPr>
          <w:cantSplit/>
          <w:jc w:val="center"/>
        </w:trPr>
        <w:tc>
          <w:tcPr>
            <w:tcW w:w="5131" w:type="dxa"/>
            <w:tcBorders>
              <w:top w:val="single" w:sz="4" w:space="0" w:color="D8E1DE"/>
              <w:left w:val="single" w:sz="4" w:space="0" w:color="D8E1DE"/>
              <w:bottom w:val="single" w:sz="4" w:space="0" w:color="D8E1DE"/>
              <w:right w:val="single" w:sz="4" w:space="0" w:color="D8E1DE"/>
            </w:tcBorders>
            <w:shd w:val="clear" w:color="auto" w:fill="FFF4DC"/>
            <w:tcMar>
              <w:top w:w="90" w:type="dxa"/>
              <w:left w:w="100" w:type="dxa"/>
              <w:bottom w:w="90" w:type="dxa"/>
              <w:right w:w="100" w:type="dxa"/>
            </w:tcMar>
            <w:vAlign w:val="center"/>
          </w:tcPr>
          <w:p w14:paraId="79D05B4C" w14:textId="77777777" w:rsidR="004A5A11" w:rsidRDefault="00000000">
            <w:pPr>
              <w:spacing w:after="0" w:line="240" w:lineRule="auto"/>
              <w:jc w:val="center"/>
            </w:pPr>
            <w:r>
              <w:rPr>
                <w:rFonts w:ascii="DejaVu Sans" w:eastAsia="DejaVu Sans" w:hAnsi="DejaVu Sans"/>
                <w:b/>
                <w:color w:val="315E5B"/>
                <w:sz w:val="17"/>
              </w:rPr>
              <w:lastRenderedPageBreak/>
              <w:t>☐ ANO   ☐ NE</w:t>
            </w:r>
          </w:p>
        </w:tc>
        <w:tc>
          <w:tcPr>
            <w:tcW w:w="5131" w:type="dxa"/>
            <w:tcBorders>
              <w:top w:val="single" w:sz="4" w:space="0" w:color="D8E1DE"/>
              <w:left w:val="single" w:sz="4" w:space="0" w:color="D8E1DE"/>
              <w:bottom w:val="single" w:sz="4" w:space="0" w:color="D8E1DE"/>
              <w:right w:val="single" w:sz="4" w:space="0" w:color="D8E1DE"/>
            </w:tcBorders>
            <w:shd w:val="clear" w:color="auto" w:fill="FFFFFF"/>
            <w:tcMar>
              <w:top w:w="90" w:type="dxa"/>
              <w:left w:w="100" w:type="dxa"/>
              <w:bottom w:w="90" w:type="dxa"/>
              <w:right w:w="100" w:type="dxa"/>
            </w:tcMar>
            <w:vAlign w:val="center"/>
          </w:tcPr>
          <w:p w14:paraId="494B701D" w14:textId="549FEE84" w:rsidR="004A5A11" w:rsidRDefault="00000000" w:rsidP="001E24D2">
            <w:pPr>
              <w:spacing w:after="0" w:line="252" w:lineRule="auto"/>
              <w:jc w:val="both"/>
            </w:pPr>
            <w:r>
              <w:rPr>
                <w:sz w:val="16"/>
              </w:rPr>
              <w:t xml:space="preserve">fotografie a videozáznamy, a to pro účely pořizování záznamů z akcí školy pro účely evidence, archivace a propagace školy a jejích akcí, včetně zveřejnění těchto fotografií a videozáznamů, na </w:t>
            </w:r>
            <w:proofErr w:type="spellStart"/>
            <w:r w:rsidRPr="001E24D2">
              <w:rPr>
                <w:b/>
                <w:bCs/>
                <w:sz w:val="16"/>
              </w:rPr>
              <w:t>webových</w:t>
            </w:r>
            <w:proofErr w:type="spellEnd"/>
            <w:r w:rsidRPr="001E24D2">
              <w:rPr>
                <w:b/>
                <w:bCs/>
                <w:sz w:val="16"/>
              </w:rPr>
              <w:t xml:space="preserve"> </w:t>
            </w:r>
            <w:proofErr w:type="spellStart"/>
            <w:r w:rsidRPr="001E24D2">
              <w:rPr>
                <w:b/>
                <w:bCs/>
                <w:sz w:val="16"/>
              </w:rPr>
              <w:t>stránkách</w:t>
            </w:r>
            <w:proofErr w:type="spellEnd"/>
            <w:r w:rsidRPr="001E24D2">
              <w:rPr>
                <w:b/>
                <w:bCs/>
                <w:sz w:val="16"/>
              </w:rPr>
              <w:t xml:space="preserve"> </w:t>
            </w:r>
            <w:proofErr w:type="spellStart"/>
            <w:r w:rsidRPr="001E24D2">
              <w:rPr>
                <w:b/>
                <w:bCs/>
                <w:sz w:val="16"/>
              </w:rPr>
              <w:t>školy</w:t>
            </w:r>
            <w:proofErr w:type="spellEnd"/>
            <w:r w:rsidRPr="001E24D2">
              <w:rPr>
                <w:b/>
                <w:bCs/>
                <w:sz w:val="16"/>
              </w:rPr>
              <w:t>,</w:t>
            </w:r>
            <w:r w:rsidR="001E24D2" w:rsidRPr="001E24D2">
              <w:rPr>
                <w:b/>
                <w:bCs/>
                <w:sz w:val="16"/>
              </w:rPr>
              <w:t xml:space="preserve"> </w:t>
            </w:r>
            <w:proofErr w:type="spellStart"/>
            <w:r w:rsidR="001E24D2" w:rsidRPr="001E24D2">
              <w:rPr>
                <w:b/>
                <w:bCs/>
                <w:sz w:val="16"/>
              </w:rPr>
              <w:t>sociálních</w:t>
            </w:r>
            <w:proofErr w:type="spellEnd"/>
            <w:r w:rsidR="001E24D2" w:rsidRPr="001E24D2">
              <w:rPr>
                <w:b/>
                <w:bCs/>
                <w:sz w:val="16"/>
              </w:rPr>
              <w:t xml:space="preserve"> </w:t>
            </w:r>
            <w:proofErr w:type="spellStart"/>
            <w:r w:rsidR="001E24D2" w:rsidRPr="001E24D2">
              <w:rPr>
                <w:b/>
                <w:bCs/>
                <w:sz w:val="16"/>
              </w:rPr>
              <w:t>sítích</w:t>
            </w:r>
            <w:proofErr w:type="spellEnd"/>
            <w:r w:rsidR="001E24D2">
              <w:rPr>
                <w:sz w:val="16"/>
              </w:rPr>
              <w:t>.</w:t>
            </w:r>
            <w:r>
              <w:rPr>
                <w:sz w:val="16"/>
              </w:rPr>
              <w:t xml:space="preserve"> Tyto </w:t>
            </w:r>
            <w:proofErr w:type="spellStart"/>
            <w:r>
              <w:rPr>
                <w:sz w:val="16"/>
              </w:rPr>
              <w:t>osobní</w:t>
            </w:r>
            <w:proofErr w:type="spellEnd"/>
            <w:r>
              <w:rPr>
                <w:sz w:val="16"/>
              </w:rPr>
              <w:t xml:space="preserve"> </w:t>
            </w:r>
            <w:proofErr w:type="spellStart"/>
            <w:r>
              <w:rPr>
                <w:sz w:val="16"/>
              </w:rPr>
              <w:t>údaje</w:t>
            </w:r>
            <w:proofErr w:type="spellEnd"/>
            <w:r>
              <w:rPr>
                <w:sz w:val="16"/>
              </w:rPr>
              <w:t xml:space="preserve"> budou zpracovávány a zveřejňovány po dobu 15 let po ukončení školní docházky, následně budou uloženy výhradně pro účely archivace, vědeckého a historického výzkumu a pro statistické účely (včetně případného zařazení do kroniky školy, ročenky školy apod.).</w:t>
            </w:r>
          </w:p>
        </w:tc>
      </w:tr>
    </w:tbl>
    <w:p w14:paraId="4D213DFE" w14:textId="77777777" w:rsidR="004A5A11" w:rsidRDefault="004A5A11">
      <w:pPr>
        <w:spacing w:after="40" w:line="240" w:lineRule="auto"/>
      </w:pPr>
    </w:p>
    <w:tbl>
      <w:tblPr>
        <w:tblW w:w="0" w:type="auto"/>
        <w:jc w:val="center"/>
        <w:tblLayout w:type="fixed"/>
        <w:tblLook w:val="04A0" w:firstRow="1" w:lastRow="0" w:firstColumn="1" w:lastColumn="0" w:noHBand="0" w:noVBand="1"/>
      </w:tblPr>
      <w:tblGrid>
        <w:gridCol w:w="5131"/>
        <w:gridCol w:w="5131"/>
      </w:tblGrid>
      <w:tr w:rsidR="004A5A11" w14:paraId="2EB24216" w14:textId="77777777">
        <w:trPr>
          <w:cantSplit/>
          <w:jc w:val="center"/>
        </w:trPr>
        <w:tc>
          <w:tcPr>
            <w:tcW w:w="5131" w:type="dxa"/>
            <w:tcBorders>
              <w:top w:val="single" w:sz="4" w:space="0" w:color="D8E1DE"/>
              <w:left w:val="single" w:sz="4" w:space="0" w:color="D8E1DE"/>
              <w:bottom w:val="single" w:sz="4" w:space="0" w:color="D8E1DE"/>
              <w:right w:val="single" w:sz="4" w:space="0" w:color="D8E1DE"/>
            </w:tcBorders>
            <w:shd w:val="clear" w:color="auto" w:fill="FFF4DC"/>
            <w:tcMar>
              <w:top w:w="90" w:type="dxa"/>
              <w:left w:w="100" w:type="dxa"/>
              <w:bottom w:w="90" w:type="dxa"/>
              <w:right w:w="100" w:type="dxa"/>
            </w:tcMar>
            <w:vAlign w:val="center"/>
          </w:tcPr>
          <w:p w14:paraId="0F541C68" w14:textId="77777777" w:rsidR="004A5A11" w:rsidRDefault="00000000">
            <w:pPr>
              <w:spacing w:after="0" w:line="240" w:lineRule="auto"/>
              <w:jc w:val="center"/>
            </w:pPr>
            <w:r>
              <w:rPr>
                <w:rFonts w:ascii="DejaVu Sans" w:eastAsia="DejaVu Sans" w:hAnsi="DejaVu Sans"/>
                <w:b/>
                <w:color w:val="315E5B"/>
                <w:sz w:val="17"/>
              </w:rPr>
              <w:t>☐ ANO   ☐ NE</w:t>
            </w:r>
          </w:p>
        </w:tc>
        <w:tc>
          <w:tcPr>
            <w:tcW w:w="5131" w:type="dxa"/>
            <w:tcBorders>
              <w:top w:val="single" w:sz="4" w:space="0" w:color="D8E1DE"/>
              <w:left w:val="single" w:sz="4" w:space="0" w:color="D8E1DE"/>
              <w:bottom w:val="single" w:sz="4" w:space="0" w:color="D8E1DE"/>
              <w:right w:val="single" w:sz="4" w:space="0" w:color="D8E1DE"/>
            </w:tcBorders>
            <w:shd w:val="clear" w:color="auto" w:fill="FFFFFF"/>
            <w:tcMar>
              <w:top w:w="90" w:type="dxa"/>
              <w:left w:w="100" w:type="dxa"/>
              <w:bottom w:w="90" w:type="dxa"/>
              <w:right w:w="100" w:type="dxa"/>
            </w:tcMar>
            <w:vAlign w:val="center"/>
          </w:tcPr>
          <w:p w14:paraId="28D2812C" w14:textId="77777777" w:rsidR="004A5A11" w:rsidRDefault="00000000" w:rsidP="001E24D2">
            <w:pPr>
              <w:spacing w:after="0" w:line="252" w:lineRule="auto"/>
              <w:jc w:val="both"/>
            </w:pPr>
            <w:r>
              <w:rPr>
                <w:sz w:val="16"/>
              </w:rPr>
              <w:t xml:space="preserve">fotografie a videozáznamy, a to pro účely pořizování záznamů z akcí školy pro účely evidence, archivace a propagace školy a jejích akcí, včetně zveřejnění těchto fotografií a videozáznamů, </w:t>
            </w:r>
            <w:r w:rsidRPr="001E24D2">
              <w:rPr>
                <w:b/>
                <w:bCs/>
                <w:sz w:val="16"/>
              </w:rPr>
              <w:t>v propagačních materiálech školy, na nástěnkách školy, v místním a regionálním tisku a školní kronice</w:t>
            </w:r>
            <w:r>
              <w:rPr>
                <w:sz w:val="16"/>
              </w:rPr>
              <w:t>. Tyto osobní údaje budou zpracovávány a zveřejňovány po dobu 15 let po ukončení školní docházky, následně budou uloženy výhradně pro účely archivace, vědeckého a historického výzkumu a pro statistické účely (včetně případného zařazení do kroniky školy, ročenky školy apod.).</w:t>
            </w:r>
          </w:p>
        </w:tc>
      </w:tr>
    </w:tbl>
    <w:p w14:paraId="079E1C50" w14:textId="77777777" w:rsidR="004A5A11" w:rsidRDefault="004A5A11">
      <w:pPr>
        <w:spacing w:after="40" w:line="240" w:lineRule="auto"/>
      </w:pPr>
    </w:p>
    <w:tbl>
      <w:tblPr>
        <w:tblW w:w="0" w:type="auto"/>
        <w:jc w:val="center"/>
        <w:tblLayout w:type="fixed"/>
        <w:tblLook w:val="04A0" w:firstRow="1" w:lastRow="0" w:firstColumn="1" w:lastColumn="0" w:noHBand="0" w:noVBand="1"/>
      </w:tblPr>
      <w:tblGrid>
        <w:gridCol w:w="5131"/>
        <w:gridCol w:w="5131"/>
      </w:tblGrid>
      <w:tr w:rsidR="004A5A11" w14:paraId="22AE893B" w14:textId="77777777">
        <w:trPr>
          <w:jc w:val="center"/>
        </w:trPr>
        <w:tc>
          <w:tcPr>
            <w:tcW w:w="5131" w:type="dxa"/>
            <w:tcBorders>
              <w:top w:val="nil"/>
              <w:left w:val="nil"/>
              <w:bottom w:val="nil"/>
              <w:right w:val="nil"/>
            </w:tcBorders>
            <w:shd w:val="clear" w:color="auto" w:fill="D89A28"/>
            <w:tcMar>
              <w:top w:w="40" w:type="dxa"/>
              <w:left w:w="0" w:type="dxa"/>
              <w:bottom w:w="40" w:type="dxa"/>
              <w:right w:w="0" w:type="dxa"/>
            </w:tcMar>
          </w:tcPr>
          <w:p w14:paraId="57B0E621" w14:textId="77777777" w:rsidR="004A5A11" w:rsidRDefault="004A5A11"/>
        </w:tc>
        <w:tc>
          <w:tcPr>
            <w:tcW w:w="5131" w:type="dxa"/>
            <w:tcBorders>
              <w:top w:val="nil"/>
              <w:left w:val="nil"/>
              <w:bottom w:val="nil"/>
              <w:right w:val="nil"/>
            </w:tcBorders>
            <w:shd w:val="clear" w:color="auto" w:fill="EFF5F2"/>
            <w:tcMar>
              <w:top w:w="70" w:type="dxa"/>
              <w:left w:w="120" w:type="dxa"/>
              <w:bottom w:w="65" w:type="dxa"/>
              <w:right w:w="100" w:type="dxa"/>
            </w:tcMar>
          </w:tcPr>
          <w:p w14:paraId="38795B40" w14:textId="77777777" w:rsidR="004A5A11" w:rsidRDefault="00000000">
            <w:pPr>
              <w:spacing w:after="0" w:line="240" w:lineRule="auto"/>
            </w:pPr>
            <w:r>
              <w:rPr>
                <w:b/>
                <w:color w:val="315E5B"/>
                <w:sz w:val="23"/>
              </w:rPr>
              <w:t>Informace o zpracování osobních údajů</w:t>
            </w:r>
          </w:p>
        </w:tc>
      </w:tr>
    </w:tbl>
    <w:p w14:paraId="1CD37441" w14:textId="77777777" w:rsidR="004A5A11" w:rsidRDefault="004A5A11">
      <w:pPr>
        <w:spacing w:after="0"/>
      </w:pPr>
    </w:p>
    <w:p w14:paraId="771F9097" w14:textId="77777777" w:rsidR="004A5A11" w:rsidRDefault="00000000">
      <w:pPr>
        <w:spacing w:after="120" w:line="269" w:lineRule="auto"/>
      </w:pPr>
      <w:r>
        <w:t>Další osobní údaje jsou zpracovávány na základě oprávněného zájmu školy, a to zejména pro účely vedení matriky, komunikace se zákonnými zástupci, realizace výuky a plnění dalších právních povinností. Konkrétní informace o takto zpracovávaných údajích jsou uvedeny na webových stránkách školy.</w:t>
      </w:r>
    </w:p>
    <w:tbl>
      <w:tblPr>
        <w:tblW w:w="0" w:type="auto"/>
        <w:jc w:val="center"/>
        <w:tblLook w:val="04A0" w:firstRow="1" w:lastRow="0" w:firstColumn="1" w:lastColumn="0" w:noHBand="0" w:noVBand="1"/>
      </w:tblPr>
      <w:tblGrid>
        <w:gridCol w:w="10244"/>
      </w:tblGrid>
      <w:tr w:rsidR="004A5A11" w14:paraId="055AC5A5" w14:textId="77777777">
        <w:trPr>
          <w:jc w:val="center"/>
        </w:trPr>
        <w:tc>
          <w:tcPr>
            <w:tcW w:w="10262" w:type="dxa"/>
            <w:tcBorders>
              <w:top w:val="nil"/>
              <w:left w:val="single" w:sz="14" w:space="0" w:color="D89A28"/>
              <w:bottom w:val="nil"/>
              <w:right w:val="nil"/>
            </w:tcBorders>
            <w:shd w:val="clear" w:color="auto" w:fill="FFF4DC"/>
            <w:tcMar>
              <w:top w:w="130" w:type="dxa"/>
              <w:left w:w="150" w:type="dxa"/>
              <w:bottom w:w="130" w:type="dxa"/>
              <w:right w:w="150" w:type="dxa"/>
            </w:tcMar>
          </w:tcPr>
          <w:p w14:paraId="10FAECCA" w14:textId="77777777" w:rsidR="004A5A11" w:rsidRDefault="00000000">
            <w:pPr>
              <w:spacing w:after="0" w:line="259" w:lineRule="auto"/>
            </w:pPr>
            <w:r>
              <w:rPr>
                <w:b/>
              </w:rPr>
              <w:t>Jsem si vědom toho, že udělení souhlasu je dobrovolné a mohu jej kdykoliv odvolat.</w:t>
            </w:r>
          </w:p>
        </w:tc>
      </w:tr>
    </w:tbl>
    <w:p w14:paraId="065D10A1" w14:textId="77777777" w:rsidR="004A5A11" w:rsidRDefault="004A5A11">
      <w:pPr>
        <w:spacing w:after="80" w:line="240" w:lineRule="auto"/>
      </w:pPr>
    </w:p>
    <w:p w14:paraId="3B53A11E" w14:textId="77777777" w:rsidR="004A5A11" w:rsidRDefault="00000000">
      <w:pPr>
        <w:spacing w:after="120" w:line="269" w:lineRule="auto"/>
      </w:pPr>
      <w:r>
        <w:t>Současně svým podpisem stvrzuji, že mi byly předány informace o všech činnostech zpracování osobních údajů, především informace o účelech, rozsahu a době zpracování osobních údajů, o právním důvodu zpracování, jakož i o příjemcích zpracovávaných osobních údajů v souladu se čl. 13 nařízení č. 2016/679, obecným nařízením o ochraně osobních údajů, v platném a účinném znění.</w:t>
      </w:r>
    </w:p>
    <w:p w14:paraId="1258D152" w14:textId="77777777" w:rsidR="004A5A11" w:rsidRDefault="00000000">
      <w:pPr>
        <w:spacing w:after="120" w:line="269" w:lineRule="auto"/>
      </w:pPr>
      <w:r>
        <w:t>Dále beru na vědomí, že mám právo požadovat po škole přístup ke zpracovávaným osobním údajům, uplatnit právo na přenositelnost osobních údajů, opravu, výmaz, omezení zpracování osobních údajů či námitku proti zpracování, mám-li za to, že zpracování není zákonné, případně mám právo podat stížnost k Úřadu na ochranu osobních údajů.</w:t>
      </w:r>
    </w:p>
    <w:tbl>
      <w:tblPr>
        <w:tblW w:w="0" w:type="auto"/>
        <w:jc w:val="center"/>
        <w:tblLayout w:type="fixed"/>
        <w:tblLook w:val="04A0" w:firstRow="1" w:lastRow="0" w:firstColumn="1" w:lastColumn="0" w:noHBand="0" w:noVBand="1"/>
      </w:tblPr>
      <w:tblGrid>
        <w:gridCol w:w="5131"/>
        <w:gridCol w:w="5131"/>
      </w:tblGrid>
      <w:tr w:rsidR="004A5A11" w14:paraId="5D15947A" w14:textId="77777777">
        <w:trPr>
          <w:jc w:val="center"/>
        </w:trPr>
        <w:tc>
          <w:tcPr>
            <w:tcW w:w="5131" w:type="dxa"/>
            <w:tcBorders>
              <w:top w:val="nil"/>
              <w:left w:val="nil"/>
              <w:bottom w:val="nil"/>
              <w:right w:val="nil"/>
            </w:tcBorders>
            <w:shd w:val="clear" w:color="auto" w:fill="D89A28"/>
            <w:tcMar>
              <w:top w:w="40" w:type="dxa"/>
              <w:left w:w="0" w:type="dxa"/>
              <w:bottom w:w="40" w:type="dxa"/>
              <w:right w:w="0" w:type="dxa"/>
            </w:tcMar>
          </w:tcPr>
          <w:p w14:paraId="7462ECF6" w14:textId="77777777" w:rsidR="004A5A11" w:rsidRDefault="004A5A11"/>
        </w:tc>
        <w:tc>
          <w:tcPr>
            <w:tcW w:w="5131" w:type="dxa"/>
            <w:tcBorders>
              <w:top w:val="nil"/>
              <w:left w:val="nil"/>
              <w:bottom w:val="nil"/>
              <w:right w:val="nil"/>
            </w:tcBorders>
            <w:shd w:val="clear" w:color="auto" w:fill="EFF5F2"/>
            <w:tcMar>
              <w:top w:w="70" w:type="dxa"/>
              <w:left w:w="120" w:type="dxa"/>
              <w:bottom w:w="65" w:type="dxa"/>
              <w:right w:w="100" w:type="dxa"/>
            </w:tcMar>
          </w:tcPr>
          <w:p w14:paraId="12297FB9" w14:textId="77777777" w:rsidR="004A5A11" w:rsidRDefault="00000000">
            <w:pPr>
              <w:spacing w:after="0" w:line="240" w:lineRule="auto"/>
            </w:pPr>
            <w:r>
              <w:rPr>
                <w:b/>
                <w:color w:val="315E5B"/>
                <w:sz w:val="23"/>
              </w:rPr>
              <w:t>Datum a podpis</w:t>
            </w:r>
          </w:p>
        </w:tc>
      </w:tr>
    </w:tbl>
    <w:p w14:paraId="1FEDF5F9" w14:textId="77777777" w:rsidR="004A5A11" w:rsidRDefault="004A5A11">
      <w:pPr>
        <w:spacing w:after="0"/>
      </w:pPr>
    </w:p>
    <w:tbl>
      <w:tblPr>
        <w:tblW w:w="0" w:type="auto"/>
        <w:jc w:val="center"/>
        <w:tblLayout w:type="fixed"/>
        <w:tblLook w:val="04A0" w:firstRow="1" w:lastRow="0" w:firstColumn="1" w:lastColumn="0" w:noHBand="0" w:noVBand="1"/>
      </w:tblPr>
      <w:tblGrid>
        <w:gridCol w:w="5131"/>
        <w:gridCol w:w="5131"/>
      </w:tblGrid>
      <w:tr w:rsidR="004A5A11" w14:paraId="2953DD30" w14:textId="77777777">
        <w:trPr>
          <w:jc w:val="center"/>
        </w:trPr>
        <w:tc>
          <w:tcPr>
            <w:tcW w:w="5131" w:type="dxa"/>
            <w:tcBorders>
              <w:top w:val="nil"/>
              <w:left w:val="nil"/>
              <w:bottom w:val="nil"/>
              <w:right w:val="nil"/>
            </w:tcBorders>
            <w:tcMar>
              <w:top w:w="130" w:type="dxa"/>
              <w:left w:w="140" w:type="dxa"/>
              <w:bottom w:w="130" w:type="dxa"/>
              <w:right w:w="140" w:type="dxa"/>
            </w:tcMar>
          </w:tcPr>
          <w:p w14:paraId="07020948" w14:textId="77777777" w:rsidR="004A5A11" w:rsidRDefault="00000000">
            <w:pPr>
              <w:spacing w:after="160" w:line="240" w:lineRule="auto"/>
            </w:pPr>
            <w:r>
              <w:t>V  ...................................................</w:t>
            </w:r>
          </w:p>
        </w:tc>
        <w:tc>
          <w:tcPr>
            <w:tcW w:w="5131" w:type="dxa"/>
            <w:tcBorders>
              <w:top w:val="nil"/>
              <w:left w:val="nil"/>
              <w:bottom w:val="nil"/>
              <w:right w:val="nil"/>
            </w:tcBorders>
            <w:tcMar>
              <w:top w:w="130" w:type="dxa"/>
              <w:left w:w="140" w:type="dxa"/>
              <w:bottom w:w="130" w:type="dxa"/>
              <w:right w:w="140" w:type="dxa"/>
            </w:tcMar>
          </w:tcPr>
          <w:p w14:paraId="742ACEFE" w14:textId="77777777" w:rsidR="004A5A11" w:rsidRDefault="00000000">
            <w:pPr>
              <w:spacing w:after="160" w:line="240" w:lineRule="auto"/>
            </w:pPr>
            <w:r>
              <w:t>dne  ...................................................</w:t>
            </w:r>
          </w:p>
        </w:tc>
      </w:tr>
      <w:tr w:rsidR="004A5A11" w14:paraId="69328CBF" w14:textId="77777777">
        <w:trPr>
          <w:jc w:val="center"/>
        </w:trPr>
        <w:tc>
          <w:tcPr>
            <w:tcW w:w="5131" w:type="dxa"/>
            <w:tcBorders>
              <w:top w:val="nil"/>
              <w:left w:val="nil"/>
              <w:bottom w:val="nil"/>
              <w:right w:val="nil"/>
            </w:tcBorders>
            <w:tcMar>
              <w:top w:w="130" w:type="dxa"/>
              <w:left w:w="140" w:type="dxa"/>
              <w:bottom w:w="130" w:type="dxa"/>
              <w:right w:w="140" w:type="dxa"/>
            </w:tcMar>
          </w:tcPr>
          <w:p w14:paraId="1159381B" w14:textId="77777777" w:rsidR="004A5A11" w:rsidRDefault="004A5A11"/>
        </w:tc>
        <w:tc>
          <w:tcPr>
            <w:tcW w:w="5131" w:type="dxa"/>
            <w:tcBorders>
              <w:top w:val="nil"/>
              <w:left w:val="nil"/>
              <w:bottom w:val="nil"/>
              <w:right w:val="nil"/>
            </w:tcBorders>
            <w:tcMar>
              <w:top w:w="130" w:type="dxa"/>
              <w:left w:w="140" w:type="dxa"/>
              <w:bottom w:w="130" w:type="dxa"/>
              <w:right w:w="140" w:type="dxa"/>
            </w:tcMar>
          </w:tcPr>
          <w:p w14:paraId="26CA2A18" w14:textId="77777777" w:rsidR="004A5A11" w:rsidRDefault="00000000">
            <w:pPr>
              <w:spacing w:before="360" w:after="0" w:line="240" w:lineRule="auto"/>
              <w:jc w:val="center"/>
            </w:pPr>
            <w:r>
              <w:t>_____________________________</w:t>
            </w:r>
          </w:p>
          <w:p w14:paraId="34BD9CBB" w14:textId="77777777" w:rsidR="004A5A11" w:rsidRDefault="00000000">
            <w:pPr>
              <w:spacing w:after="0" w:line="240" w:lineRule="auto"/>
              <w:jc w:val="center"/>
            </w:pPr>
            <w:r>
              <w:rPr>
                <w:color w:val="667270"/>
                <w:sz w:val="16"/>
              </w:rPr>
              <w:t>podpis</w:t>
            </w:r>
          </w:p>
        </w:tc>
      </w:tr>
    </w:tbl>
    <w:p w14:paraId="534E5AEB" w14:textId="77777777" w:rsidR="00793624" w:rsidRDefault="00793624"/>
    <w:sectPr w:rsidR="00793624" w:rsidSect="00034616">
      <w:headerReference w:type="default" r:id="rId9"/>
      <w:footerReference w:type="default" r:id="rId10"/>
      <w:pgSz w:w="11906" w:h="16838"/>
      <w:pgMar w:top="765" w:right="822" w:bottom="737" w:left="822" w:header="312"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7A3CC" w14:textId="77777777" w:rsidR="00793624" w:rsidRDefault="00793624">
      <w:pPr>
        <w:spacing w:after="0" w:line="240" w:lineRule="auto"/>
      </w:pPr>
      <w:r>
        <w:separator/>
      </w:r>
    </w:p>
  </w:endnote>
  <w:endnote w:type="continuationSeparator" w:id="0">
    <w:p w14:paraId="4258427E" w14:textId="77777777" w:rsidR="00793624" w:rsidRDefault="00793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DF96F" w14:textId="77777777" w:rsidR="004A5A11" w:rsidRDefault="00000000">
    <w:pPr>
      <w:pStyle w:val="Zpat"/>
      <w:jc w:val="right"/>
    </w:pPr>
    <w:r>
      <w:rPr>
        <w:color w:val="667270"/>
        <w:sz w:val="16"/>
      </w:rPr>
      <w:t xml:space="preserve">GDPR   •   Strana </w:t>
    </w:r>
    <w:r>
      <w:fldChar w:fldCharType="begin"/>
    </w:r>
    <w:r>
      <w:instrText>PAGE</w:instrText>
    </w:r>
    <w:r>
      <w:fldChar w:fldCharType="separate"/>
    </w:r>
    <w:r w:rsidR="001E24D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7C4BD" w14:textId="77777777" w:rsidR="00793624" w:rsidRDefault="00793624">
      <w:pPr>
        <w:spacing w:after="0" w:line="240" w:lineRule="auto"/>
      </w:pPr>
      <w:r>
        <w:separator/>
      </w:r>
    </w:p>
  </w:footnote>
  <w:footnote w:type="continuationSeparator" w:id="0">
    <w:p w14:paraId="670D7255" w14:textId="77777777" w:rsidR="00793624" w:rsidRDefault="007936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F405F" w14:textId="77777777" w:rsidR="004A5A11" w:rsidRDefault="00000000">
    <w:pPr>
      <w:pStyle w:val="Zhlav"/>
      <w:pBdr>
        <w:bottom w:val="single" w:sz="4" w:space="4" w:color="D8E1DE"/>
      </w:pBdr>
    </w:pPr>
    <w:r>
      <w:rPr>
        <w:b/>
        <w:color w:val="667270"/>
        <w:sz w:val="15"/>
      </w:rPr>
      <w:t>MŠ A ZŠ SLUNÍČKO – MONTESSORI   |   GDPR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1833259255">
    <w:abstractNumId w:val="8"/>
  </w:num>
  <w:num w:numId="2" w16cid:durableId="887257809">
    <w:abstractNumId w:val="6"/>
  </w:num>
  <w:num w:numId="3" w16cid:durableId="521169347">
    <w:abstractNumId w:val="5"/>
  </w:num>
  <w:num w:numId="4" w16cid:durableId="177355199">
    <w:abstractNumId w:val="4"/>
  </w:num>
  <w:num w:numId="5" w16cid:durableId="714349488">
    <w:abstractNumId w:val="7"/>
  </w:num>
  <w:num w:numId="6" w16cid:durableId="1256328397">
    <w:abstractNumId w:val="3"/>
  </w:num>
  <w:num w:numId="7" w16cid:durableId="2074427363">
    <w:abstractNumId w:val="2"/>
  </w:num>
  <w:num w:numId="8" w16cid:durableId="805318450">
    <w:abstractNumId w:val="1"/>
  </w:num>
  <w:num w:numId="9" w16cid:durableId="1558541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24D2"/>
    <w:rsid w:val="0029639D"/>
    <w:rsid w:val="00326F90"/>
    <w:rsid w:val="004A5A11"/>
    <w:rsid w:val="00793624"/>
    <w:rsid w:val="009465E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DE001D"/>
  <w14:defaultImageDpi w14:val="300"/>
  <w15:docId w15:val="{C7E93F3F-B60A-4A71-84F0-E2FE30282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rPr>
      <w:rFonts w:ascii="Verdana" w:eastAsia="Verdana" w:hAnsi="Verdana"/>
      <w:color w:val="243635"/>
      <w:sz w:val="18"/>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Souhlas se zpracováním osobních údajů dětí/žáků</dc:title>
  <dc:subject>GDPR</dc:subject>
  <dc:creator>Mateřská škola a základní škola Sluníčko-Montessori, s.r.o.</dc:creator>
  <cp:keywords/>
  <dc:description>generated by python-docx</dc:description>
  <cp:lastModifiedBy>PC2 ZSMontessori</cp:lastModifiedBy>
  <cp:revision>2</cp:revision>
  <dcterms:created xsi:type="dcterms:W3CDTF">2026-08-26T10:11:00Z</dcterms:created>
  <dcterms:modified xsi:type="dcterms:W3CDTF">2026-08-26T10:11:00Z</dcterms:modified>
  <cp:category/>
</cp:coreProperties>
</file>