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20076" w14:textId="77777777" w:rsidR="00DF154B" w:rsidRDefault="00000000">
      <w:r>
        <w:rPr>
          <w:b/>
          <w:color w:val="737A78"/>
          <w:sz w:val="17"/>
        </w:rPr>
        <w:t>MŠ SLUNÍČKO – MONTESSORI  |  PROHLÁŠENÍ ZÁKONNÝCH ZÁSTUPCŮ</w:t>
      </w:r>
    </w:p>
    <w:p w14:paraId="7AD88BC6" w14:textId="77777777" w:rsidR="00DF154B" w:rsidRDefault="00000000">
      <w:pPr>
        <w:spacing w:after="0" w:line="168" w:lineRule="auto"/>
        <w:jc w:val="center"/>
      </w:pPr>
      <w:r>
        <w:rPr>
          <w:noProof/>
        </w:rPr>
        <w:drawing>
          <wp:inline distT="0" distB="0" distL="0" distR="0" wp14:anchorId="26FADD65" wp14:editId="010C2757">
            <wp:extent cx="827999" cy="829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7999" cy="82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7341F" w14:textId="77777777" w:rsidR="00DF154B" w:rsidRDefault="00000000">
      <w:pPr>
        <w:spacing w:after="0"/>
        <w:jc w:val="center"/>
      </w:pPr>
      <w:r>
        <w:rPr>
          <w:rFonts w:ascii="Cambria" w:hAnsi="Cambria"/>
          <w:b/>
          <w:sz w:val="23"/>
        </w:rPr>
        <w:t>Mateřská škola a základní škola Sluníčko-Montessori, s.r.o.</w:t>
      </w:r>
    </w:p>
    <w:p w14:paraId="58177994" w14:textId="77777777" w:rsidR="00DF154B" w:rsidRDefault="00000000">
      <w:pPr>
        <w:spacing w:after="0"/>
        <w:jc w:val="center"/>
      </w:pPr>
      <w:r>
        <w:rPr>
          <w:color w:val="737A78"/>
          <w:sz w:val="18"/>
        </w:rPr>
        <w:t>Šrámkova 14, 638 00 Brno, IČO 25338790</w:t>
      </w:r>
    </w:p>
    <w:p w14:paraId="17A00752" w14:textId="77777777" w:rsidR="00DF154B" w:rsidRDefault="00000000">
      <w:pPr>
        <w:spacing w:after="140"/>
        <w:jc w:val="center"/>
      </w:pPr>
      <w:r>
        <w:rPr>
          <w:color w:val="737A78"/>
          <w:sz w:val="18"/>
        </w:rPr>
        <w:t>MŠ Sluníčko – Montessori, s.r.o. Provazníkova 84, 613 00 Brno</w:t>
      </w:r>
    </w:p>
    <w:p w14:paraId="7145A57C" w14:textId="77777777" w:rsidR="00DF154B" w:rsidRDefault="00000000">
      <w:pPr>
        <w:spacing w:after="40"/>
        <w:jc w:val="center"/>
      </w:pPr>
      <w:r>
        <w:rPr>
          <w:b/>
          <w:color w:val="D6A51E"/>
          <w:sz w:val="18"/>
        </w:rPr>
        <w:t>FORMULÁŘ MŠ</w:t>
      </w:r>
    </w:p>
    <w:p w14:paraId="17EA77F1" w14:textId="77777777" w:rsidR="00DF154B" w:rsidRDefault="00000000">
      <w:pPr>
        <w:spacing w:after="200"/>
        <w:jc w:val="center"/>
      </w:pPr>
      <w:r>
        <w:rPr>
          <w:rFonts w:ascii="Cambria" w:hAnsi="Cambria"/>
          <w:b/>
          <w:color w:val="315F55"/>
          <w:sz w:val="36"/>
        </w:rPr>
        <w:t>PROHLÁŠENÍ ZÁKONNÝCH ZÁSTUPCŮ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F154B" w14:paraId="654C3401" w14:textId="77777777">
        <w:trPr>
          <w:jc w:val="center"/>
        </w:trPr>
        <w:tc>
          <w:tcPr>
            <w:tcW w:w="10036" w:type="dxa"/>
            <w:tcBorders>
              <w:left w:val="single" w:sz="20" w:space="0" w:color="D6A51E"/>
            </w:tcBorders>
            <w:shd w:val="clear" w:color="auto" w:fill="EAF2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080FA0" w14:textId="77777777" w:rsidR="00DF154B" w:rsidRDefault="00000000">
            <w:pPr>
              <w:spacing w:after="0"/>
            </w:pPr>
            <w:r>
              <w:rPr>
                <w:rFonts w:ascii="Cambria" w:hAnsi="Cambria"/>
                <w:b/>
                <w:color w:val="315F55"/>
                <w:sz w:val="23"/>
              </w:rPr>
              <w:t>ÚDAJE O DÍTĚTI</w:t>
            </w:r>
          </w:p>
        </w:tc>
      </w:tr>
    </w:tbl>
    <w:p w14:paraId="3774041F" w14:textId="77777777" w:rsidR="00DF154B" w:rsidRDefault="00000000">
      <w:pPr>
        <w:spacing w:before="100" w:after="120"/>
      </w:pPr>
      <w:r>
        <w:rPr>
          <w:b/>
        </w:rPr>
        <w:t>Prohlašuji, že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483"/>
      </w:tblGrid>
      <w:tr w:rsidR="00DF154B" w14:paraId="7992C711" w14:textId="77777777">
        <w:trPr>
          <w:jc w:val="center"/>
        </w:trPr>
        <w:tc>
          <w:tcPr>
            <w:tcW w:w="2324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EAF2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EF977" w14:textId="77777777" w:rsidR="00DF154B" w:rsidRDefault="00000000">
            <w:pPr>
              <w:spacing w:after="0"/>
            </w:pPr>
            <w:r>
              <w:rPr>
                <w:b/>
                <w:color w:val="315F55"/>
              </w:rPr>
              <w:t>Dítě:</w:t>
            </w:r>
          </w:p>
        </w:tc>
        <w:tc>
          <w:tcPr>
            <w:tcW w:w="7483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FCF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55320" w14:textId="77777777" w:rsidR="00DF154B" w:rsidRDefault="00000000">
            <w:pPr>
              <w:spacing w:after="0"/>
            </w:pPr>
            <w:r>
              <w:rPr>
                <w:sz w:val="26"/>
              </w:rPr>
              <w:t xml:space="preserve"> </w:t>
            </w:r>
          </w:p>
        </w:tc>
      </w:tr>
    </w:tbl>
    <w:p w14:paraId="0EEBCC38" w14:textId="77777777" w:rsidR="00DF154B" w:rsidRDefault="00DF154B">
      <w:pPr>
        <w:spacing w:after="0" w:line="168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483"/>
      </w:tblGrid>
      <w:tr w:rsidR="00DF154B" w14:paraId="63215E10" w14:textId="77777777">
        <w:trPr>
          <w:jc w:val="center"/>
        </w:trPr>
        <w:tc>
          <w:tcPr>
            <w:tcW w:w="2324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EAF2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62955" w14:textId="77777777" w:rsidR="00DF154B" w:rsidRDefault="00000000">
            <w:pPr>
              <w:spacing w:after="0"/>
            </w:pPr>
            <w:r>
              <w:rPr>
                <w:b/>
                <w:color w:val="315F55"/>
              </w:rPr>
              <w:t>Narozené dne:</w:t>
            </w:r>
          </w:p>
        </w:tc>
        <w:tc>
          <w:tcPr>
            <w:tcW w:w="7483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FCF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6C6312" w14:textId="77777777" w:rsidR="00DF154B" w:rsidRDefault="00000000">
            <w:pPr>
              <w:spacing w:after="0"/>
            </w:pPr>
            <w:r>
              <w:rPr>
                <w:sz w:val="26"/>
              </w:rPr>
              <w:t xml:space="preserve"> </w:t>
            </w:r>
          </w:p>
        </w:tc>
      </w:tr>
    </w:tbl>
    <w:p w14:paraId="12227251" w14:textId="77777777" w:rsidR="00DF154B" w:rsidRDefault="00DF154B">
      <w:pPr>
        <w:spacing w:after="0" w:line="168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483"/>
      </w:tblGrid>
      <w:tr w:rsidR="00DF154B" w14:paraId="5A49A221" w14:textId="77777777">
        <w:trPr>
          <w:jc w:val="center"/>
        </w:trPr>
        <w:tc>
          <w:tcPr>
            <w:tcW w:w="2324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EAF2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8537C" w14:textId="77777777" w:rsidR="00DF154B" w:rsidRDefault="00000000">
            <w:pPr>
              <w:spacing w:after="0"/>
            </w:pPr>
            <w:r>
              <w:rPr>
                <w:b/>
                <w:color w:val="315F55"/>
              </w:rPr>
              <w:t>Trvale bytem:</w:t>
            </w:r>
          </w:p>
        </w:tc>
        <w:tc>
          <w:tcPr>
            <w:tcW w:w="7483" w:type="dxa"/>
            <w:tcBorders>
              <w:top w:val="single" w:sz="5" w:space="0" w:color="D9E1DE"/>
              <w:left w:val="single" w:sz="5" w:space="0" w:color="D9E1DE"/>
              <w:bottom w:val="single" w:sz="5" w:space="0" w:color="D9E1DE"/>
              <w:right w:val="single" w:sz="5" w:space="0" w:color="D9E1DE"/>
            </w:tcBorders>
            <w:shd w:val="clear" w:color="auto" w:fill="FCF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78F84" w14:textId="77777777" w:rsidR="00DF154B" w:rsidRDefault="00000000">
            <w:pPr>
              <w:spacing w:after="0"/>
            </w:pPr>
            <w:r>
              <w:rPr>
                <w:sz w:val="26"/>
              </w:rPr>
              <w:t xml:space="preserve"> </w:t>
            </w:r>
          </w:p>
        </w:tc>
      </w:tr>
    </w:tbl>
    <w:p w14:paraId="55DDAA66" w14:textId="77777777" w:rsidR="00DF154B" w:rsidRDefault="00DF154B">
      <w:pPr>
        <w:spacing w:after="0" w:line="168" w:lineRule="auto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36"/>
        <w:gridCol w:w="30"/>
      </w:tblGrid>
      <w:tr w:rsidR="00DF154B" w14:paraId="083C7FA9" w14:textId="77777777">
        <w:trPr>
          <w:jc w:val="center"/>
        </w:trPr>
        <w:tc>
          <w:tcPr>
            <w:tcW w:w="10036" w:type="dxa"/>
            <w:gridSpan w:val="2"/>
            <w:tcBorders>
              <w:left w:val="single" w:sz="20" w:space="0" w:color="D6A51E"/>
            </w:tcBorders>
            <w:shd w:val="clear" w:color="auto" w:fill="EAF2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DEDFCD" w14:textId="77777777" w:rsidR="00DF154B" w:rsidRDefault="00000000">
            <w:pPr>
              <w:spacing w:after="0"/>
            </w:pPr>
            <w:r>
              <w:rPr>
                <w:rFonts w:ascii="Cambria" w:hAnsi="Cambria"/>
                <w:b/>
                <w:color w:val="315F55"/>
                <w:sz w:val="23"/>
              </w:rPr>
              <w:t>PROHLÁŠENÍ O BEZINFEKČNOSTI</w:t>
            </w:r>
          </w:p>
        </w:tc>
      </w:tr>
      <w:tr w:rsidR="00DF154B" w14:paraId="63443D77" w14:textId="77777777">
        <w:trPr>
          <w:gridAfter w:val="1"/>
          <w:wAfter w:w="50" w:type="dxa"/>
          <w:jc w:val="center"/>
        </w:trPr>
        <w:tc>
          <w:tcPr>
            <w:tcW w:w="10036" w:type="dxa"/>
            <w:tcBorders>
              <w:top w:val="single" w:sz="6" w:space="0" w:color="D9E1DE"/>
              <w:left w:val="single" w:sz="6" w:space="0" w:color="D9E1DE"/>
              <w:bottom w:val="single" w:sz="6" w:space="0" w:color="D9E1DE"/>
              <w:right w:val="single" w:sz="6" w:space="0" w:color="D9E1DE"/>
            </w:tcBorders>
            <w:shd w:val="clear" w:color="auto" w:fill="F8FAF9"/>
            <w:tcMar>
              <w:top w:w="150" w:type="dxa"/>
              <w:left w:w="170" w:type="dxa"/>
              <w:bottom w:w="145" w:type="dxa"/>
              <w:right w:w="170" w:type="dxa"/>
            </w:tcMar>
          </w:tcPr>
          <w:p w14:paraId="13FA351D" w14:textId="77777777" w:rsidR="00DF154B" w:rsidRDefault="00000000">
            <w:r>
              <w:rPr>
                <w:sz w:val="20"/>
              </w:rPr>
              <w:t>Nejeví známky akutního onemocnění (například horečka nebo průjem).</w:t>
            </w:r>
          </w:p>
          <w:p w14:paraId="646A762B" w14:textId="6296B7AB" w:rsidR="00DF154B" w:rsidRDefault="00000000" w:rsidP="008F3DFD">
            <w:pPr>
              <w:spacing w:after="40"/>
              <w:jc w:val="both"/>
            </w:pPr>
            <w:r>
              <w:rPr>
                <w:sz w:val="20"/>
              </w:rPr>
              <w:t xml:space="preserve">Není mi též známo, že by dítě v posledních 14 </w:t>
            </w:r>
            <w:proofErr w:type="spellStart"/>
            <w:r>
              <w:rPr>
                <w:sz w:val="20"/>
              </w:rPr>
              <w:t>kalendářních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dnech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před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8F3DFD">
              <w:rPr>
                <w:sz w:val="20"/>
              </w:rPr>
              <w:t>nástupem</w:t>
            </w:r>
            <w:proofErr w:type="spellEnd"/>
            <w:r w:rsidR="008F3DFD">
              <w:rPr>
                <w:sz w:val="20"/>
              </w:rPr>
              <w:t xml:space="preserve"> do MŠ </w:t>
            </w:r>
            <w:proofErr w:type="spellStart"/>
            <w:r w:rsidR="008F3DFD">
              <w:rPr>
                <w:sz w:val="20"/>
              </w:rPr>
              <w:t>P</w:t>
            </w:r>
            <w:r>
              <w:rPr>
                <w:sz w:val="20"/>
              </w:rPr>
              <w:t>řišlo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styku</w:t>
            </w:r>
            <w:proofErr w:type="spellEnd"/>
            <w:r>
              <w:rPr>
                <w:sz w:val="20"/>
              </w:rPr>
              <w:t xml:space="preserve"> s fyzickou osobou nemocnou infekčním onemocněním nebo podezřelou z nákazy, ani mu není nařízeno karanténní opatření.</w:t>
            </w:r>
          </w:p>
        </w:tc>
      </w:tr>
      <w:tr w:rsidR="00DF154B" w14:paraId="596FA954" w14:textId="77777777">
        <w:trPr>
          <w:gridAfter w:val="1"/>
          <w:wAfter w:w="30" w:type="dxa"/>
          <w:jc w:val="center"/>
        </w:trPr>
        <w:tc>
          <w:tcPr>
            <w:tcW w:w="10036" w:type="dxa"/>
            <w:tcBorders>
              <w:left w:val="single" w:sz="18" w:space="0" w:color="D6A51E"/>
            </w:tcBorders>
            <w:shd w:val="clear" w:color="auto" w:fill="FCF6E6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BF6E302" w14:textId="77777777" w:rsidR="00DF154B" w:rsidRDefault="00000000">
            <w:pPr>
              <w:spacing w:after="0"/>
            </w:pPr>
            <w:r>
              <w:rPr>
                <w:b/>
                <w:sz w:val="20"/>
              </w:rPr>
              <w:t>Jsem si vědom/a právních následků, které by mne postihly, kdyby toto prohlášení nebylo pravdivé.</w:t>
            </w:r>
          </w:p>
        </w:tc>
      </w:tr>
    </w:tbl>
    <w:p w14:paraId="2BBFE10C" w14:textId="77777777" w:rsidR="00DF154B" w:rsidRDefault="00000000">
      <w:pPr>
        <w:spacing w:before="140" w:after="60"/>
        <w:rPr>
          <w:b/>
          <w:sz w:val="20"/>
        </w:rPr>
      </w:pPr>
      <w:r>
        <w:rPr>
          <w:b/>
          <w:sz w:val="20"/>
        </w:rPr>
        <w:t xml:space="preserve">V </w:t>
      </w:r>
      <w:proofErr w:type="spellStart"/>
      <w:r>
        <w:rPr>
          <w:b/>
          <w:sz w:val="20"/>
        </w:rPr>
        <w:t>Brně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dne</w:t>
      </w:r>
      <w:proofErr w:type="spellEnd"/>
    </w:p>
    <w:p w14:paraId="646CF4B8" w14:textId="77777777" w:rsidR="008F3DFD" w:rsidRDefault="008F3DFD">
      <w:pPr>
        <w:spacing w:before="140" w:after="60"/>
      </w:pPr>
    </w:p>
    <w:p w14:paraId="7B29418D" w14:textId="77777777" w:rsidR="00DF154B" w:rsidRDefault="00000000">
      <w:pPr>
        <w:spacing w:after="140"/>
        <w:rPr>
          <w:color w:val="737A78"/>
        </w:rPr>
      </w:pPr>
      <w:r>
        <w:rPr>
          <w:color w:val="737A78"/>
        </w:rPr>
        <w:t>________________________________</w:t>
      </w:r>
    </w:p>
    <w:p w14:paraId="50C421C5" w14:textId="77777777" w:rsidR="008F3DFD" w:rsidRDefault="008F3DFD">
      <w:pPr>
        <w:spacing w:after="1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DF154B" w14:paraId="1D67A053" w14:textId="77777777">
        <w:trPr>
          <w:jc w:val="center"/>
        </w:trPr>
        <w:tc>
          <w:tcPr>
            <w:tcW w:w="5018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78C4C743" w14:textId="77777777" w:rsidR="00DF154B" w:rsidRDefault="00000000">
            <w:pPr>
              <w:rPr>
                <w:b/>
                <w:color w:val="315F55"/>
                <w:sz w:val="19"/>
              </w:rPr>
            </w:pPr>
            <w:r>
              <w:rPr>
                <w:b/>
                <w:color w:val="315F55"/>
                <w:sz w:val="19"/>
              </w:rPr>
              <w:t xml:space="preserve">Telefonické spojení pro </w:t>
            </w:r>
            <w:proofErr w:type="spellStart"/>
            <w:r>
              <w:rPr>
                <w:b/>
                <w:color w:val="315F55"/>
                <w:sz w:val="19"/>
              </w:rPr>
              <w:t>kontakt</w:t>
            </w:r>
            <w:proofErr w:type="spellEnd"/>
            <w:r>
              <w:rPr>
                <w:b/>
                <w:color w:val="315F55"/>
                <w:sz w:val="19"/>
              </w:rPr>
              <w:t xml:space="preserve"> v </w:t>
            </w:r>
            <w:proofErr w:type="spellStart"/>
            <w:r>
              <w:rPr>
                <w:b/>
                <w:color w:val="315F55"/>
                <w:sz w:val="19"/>
              </w:rPr>
              <w:t>případě</w:t>
            </w:r>
            <w:proofErr w:type="spellEnd"/>
            <w:r>
              <w:rPr>
                <w:b/>
                <w:color w:val="315F55"/>
                <w:sz w:val="19"/>
              </w:rPr>
              <w:t xml:space="preserve"> </w:t>
            </w:r>
            <w:proofErr w:type="spellStart"/>
            <w:r>
              <w:rPr>
                <w:b/>
                <w:color w:val="315F55"/>
                <w:sz w:val="19"/>
              </w:rPr>
              <w:t>potřeby</w:t>
            </w:r>
            <w:proofErr w:type="spellEnd"/>
          </w:p>
          <w:p w14:paraId="2932B7C4" w14:textId="77777777" w:rsidR="008F3DFD" w:rsidRDefault="008F3DFD"/>
          <w:p w14:paraId="301D5E16" w14:textId="77777777" w:rsidR="00DF154B" w:rsidRDefault="00000000">
            <w:pPr>
              <w:spacing w:after="0"/>
            </w:pPr>
            <w:r>
              <w:t>_____________________________________</w:t>
            </w:r>
          </w:p>
        </w:tc>
        <w:tc>
          <w:tcPr>
            <w:tcW w:w="5018" w:type="dxa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D91C0A9" w14:textId="77777777" w:rsidR="008F3DFD" w:rsidRDefault="008F3DFD">
            <w:pPr>
              <w:jc w:val="center"/>
              <w:rPr>
                <w:color w:val="737A78"/>
              </w:rPr>
            </w:pPr>
          </w:p>
          <w:p w14:paraId="1D68BDD4" w14:textId="77777777" w:rsidR="008F3DFD" w:rsidRDefault="008F3DFD">
            <w:pPr>
              <w:jc w:val="center"/>
              <w:rPr>
                <w:color w:val="737A78"/>
              </w:rPr>
            </w:pPr>
          </w:p>
          <w:p w14:paraId="71AF387F" w14:textId="2B98BBC8" w:rsidR="00DF154B" w:rsidRDefault="00000000">
            <w:pPr>
              <w:jc w:val="center"/>
            </w:pPr>
            <w:r>
              <w:rPr>
                <w:color w:val="737A78"/>
              </w:rPr>
              <w:t>_____________________________________</w:t>
            </w:r>
          </w:p>
          <w:p w14:paraId="6A175D6A" w14:textId="77777777" w:rsidR="00DF154B" w:rsidRDefault="00000000">
            <w:pPr>
              <w:spacing w:after="0"/>
              <w:jc w:val="center"/>
            </w:pPr>
            <w:r>
              <w:rPr>
                <w:color w:val="737A78"/>
                <w:sz w:val="19"/>
              </w:rPr>
              <w:t>Jméno a podpis zákonného zástupce</w:t>
            </w:r>
          </w:p>
        </w:tc>
      </w:tr>
    </w:tbl>
    <w:p w14:paraId="2B7E4A73" w14:textId="77777777" w:rsidR="00DC16FC" w:rsidRDefault="00DC16FC"/>
    <w:sectPr w:rsidR="00DC16FC" w:rsidSect="00034616">
      <w:footerReference w:type="default" r:id="rId9"/>
      <w:pgSz w:w="11906" w:h="16838"/>
      <w:pgMar w:top="709" w:right="935" w:bottom="680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299E4" w14:textId="77777777" w:rsidR="00DC16FC" w:rsidRDefault="00DC16FC">
      <w:pPr>
        <w:spacing w:after="0" w:line="240" w:lineRule="auto"/>
      </w:pPr>
      <w:r>
        <w:separator/>
      </w:r>
    </w:p>
  </w:endnote>
  <w:endnote w:type="continuationSeparator" w:id="0">
    <w:p w14:paraId="6ECA40BA" w14:textId="77777777" w:rsidR="00DC16FC" w:rsidRDefault="00DC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1DE8C" w14:textId="77777777" w:rsidR="00DF154B" w:rsidRDefault="00000000">
    <w:pPr>
      <w:pStyle w:val="Zpat"/>
      <w:jc w:val="right"/>
    </w:pPr>
    <w:r>
      <w:rPr>
        <w:color w:val="737A78"/>
        <w:sz w:val="16"/>
      </w:rPr>
      <w:t>MŠ Sluníčko – Montessori  •  Prohlášení zákonných zástupců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3E94" w14:textId="77777777" w:rsidR="00DC16FC" w:rsidRDefault="00DC16FC">
      <w:pPr>
        <w:spacing w:after="0" w:line="240" w:lineRule="auto"/>
      </w:pPr>
      <w:r>
        <w:separator/>
      </w:r>
    </w:p>
  </w:footnote>
  <w:footnote w:type="continuationSeparator" w:id="0">
    <w:p w14:paraId="19D7611B" w14:textId="77777777" w:rsidR="00DC16FC" w:rsidRDefault="00DC1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70065">
    <w:abstractNumId w:val="8"/>
  </w:num>
  <w:num w:numId="2" w16cid:durableId="1136068872">
    <w:abstractNumId w:val="6"/>
  </w:num>
  <w:num w:numId="3" w16cid:durableId="618612601">
    <w:abstractNumId w:val="5"/>
  </w:num>
  <w:num w:numId="4" w16cid:durableId="1970353506">
    <w:abstractNumId w:val="4"/>
  </w:num>
  <w:num w:numId="5" w16cid:durableId="909392236">
    <w:abstractNumId w:val="7"/>
  </w:num>
  <w:num w:numId="6" w16cid:durableId="72817442">
    <w:abstractNumId w:val="3"/>
  </w:num>
  <w:num w:numId="7" w16cid:durableId="1849372475">
    <w:abstractNumId w:val="2"/>
  </w:num>
  <w:num w:numId="8" w16cid:durableId="1324895457">
    <w:abstractNumId w:val="1"/>
  </w:num>
  <w:num w:numId="9" w16cid:durableId="75663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F3DFD"/>
    <w:rsid w:val="00AA1D8D"/>
    <w:rsid w:val="00B47730"/>
    <w:rsid w:val="00B5440B"/>
    <w:rsid w:val="00CB0664"/>
    <w:rsid w:val="00DC16FC"/>
    <w:rsid w:val="00DF15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ECC381"/>
  <w14:defaultImageDpi w14:val="300"/>
  <w15:docId w15:val="{18AD84C6-5462-4233-A4BB-036A188D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Aptos" w:hAnsi="Aptos"/>
      <w:color w:val="303735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PC2 ZSMontessori</cp:lastModifiedBy>
  <cp:revision>2</cp:revision>
  <cp:lastPrinted>2026-08-27T08:36:00Z</cp:lastPrinted>
  <dcterms:created xsi:type="dcterms:W3CDTF">2026-08-27T08:36:00Z</dcterms:created>
  <dcterms:modified xsi:type="dcterms:W3CDTF">2026-08-27T08:36:00Z</dcterms:modified>
  <cp:category/>
</cp:coreProperties>
</file>